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26CDA" w14:textId="77777777" w:rsidR="005E7336" w:rsidRPr="00EC0E6F" w:rsidRDefault="007D7AC8" w:rsidP="00EB70EE">
      <w:pPr>
        <w:wordWrap w:val="0"/>
        <w:autoSpaceDE w:val="0"/>
        <w:autoSpaceDN w:val="0"/>
        <w:spacing w:before="184" w:after="23" w:line="360" w:lineRule="exact"/>
        <w:ind w:left="142"/>
        <w:jc w:val="center"/>
        <w:rPr>
          <w:lang w:val="sk-SK"/>
        </w:rPr>
      </w:pPr>
      <w:r w:rsidRPr="00EC0E6F">
        <w:rPr>
          <w:rFonts w:ascii="Calibri" w:eastAsia="Calibri" w:hAnsi="Calibri"/>
          <w:b/>
          <w:color w:val="000000"/>
          <w:sz w:val="36"/>
          <w:lang w:val="sk-SK"/>
        </w:rPr>
        <w:t>Technická</w:t>
      </w:r>
      <w:r w:rsidRPr="00EC0E6F">
        <w:rPr>
          <w:rFonts w:ascii="Times New Roman" w:eastAsia="Times New Roman" w:hAnsi="Times New Roman"/>
          <w:b/>
          <w:color w:val="000000"/>
          <w:spacing w:val="-9"/>
          <w:sz w:val="36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36"/>
          <w:lang w:val="sk-SK"/>
        </w:rPr>
        <w:t>univerzita</w:t>
      </w:r>
      <w:r w:rsidRPr="00EC0E6F">
        <w:rPr>
          <w:rFonts w:ascii="Times New Roman" w:eastAsia="Times New Roman" w:hAnsi="Times New Roman"/>
          <w:b/>
          <w:color w:val="000000"/>
          <w:spacing w:val="-9"/>
          <w:sz w:val="36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36"/>
          <w:lang w:val="sk-SK"/>
        </w:rPr>
        <w:t>vo</w:t>
      </w:r>
      <w:r w:rsidRPr="00EC0E6F">
        <w:rPr>
          <w:rFonts w:ascii="Times New Roman" w:eastAsia="Times New Roman" w:hAnsi="Times New Roman"/>
          <w:b/>
          <w:color w:val="000000"/>
          <w:spacing w:val="-9"/>
          <w:sz w:val="36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36"/>
          <w:lang w:val="sk-SK"/>
        </w:rPr>
        <w:t>Zvolene</w:t>
      </w:r>
    </w:p>
    <w:p w14:paraId="7A76B99D" w14:textId="77777777" w:rsidR="005E7336" w:rsidRDefault="007D7AC8" w:rsidP="00EB70EE">
      <w:pPr>
        <w:wordWrap w:val="0"/>
        <w:autoSpaceDE w:val="0"/>
        <w:autoSpaceDN w:val="0"/>
        <w:spacing w:before="47" w:after="4" w:line="221" w:lineRule="exact"/>
        <w:ind w:left="142"/>
        <w:jc w:val="center"/>
        <w:rPr>
          <w:rFonts w:ascii="Calibri" w:eastAsia="Calibri" w:hAnsi="Calibri"/>
          <w:color w:val="000000"/>
          <w:w w:val="99"/>
          <w:lang w:val="sk-SK"/>
        </w:rPr>
      </w:pPr>
      <w:r w:rsidRPr="00EC0E6F">
        <w:rPr>
          <w:rFonts w:ascii="Calibri" w:eastAsia="Calibri" w:hAnsi="Calibri"/>
          <w:color w:val="000000"/>
          <w:lang w:val="sk-SK"/>
        </w:rPr>
        <w:t>ul</w:t>
      </w:r>
      <w:r w:rsidRPr="00EC0E6F">
        <w:rPr>
          <w:rFonts w:ascii="Calibri" w:eastAsia="Calibri" w:hAnsi="Calibri"/>
          <w:color w:val="000000"/>
          <w:w w:val="99"/>
          <w:lang w:val="sk-SK"/>
        </w:rPr>
        <w:t>.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101"/>
          <w:lang w:val="sk-SK"/>
        </w:rPr>
        <w:t>T</w:t>
      </w:r>
      <w:r w:rsidRPr="00EC0E6F">
        <w:rPr>
          <w:rFonts w:ascii="Calibri" w:eastAsia="Calibri" w:hAnsi="Calibri"/>
          <w:color w:val="000000"/>
          <w:lang w:val="sk-SK"/>
        </w:rPr>
        <w:t>.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G.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Masaryka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24</w:t>
      </w:r>
      <w:r w:rsidRPr="00EC0E6F">
        <w:rPr>
          <w:rFonts w:ascii="Calibri" w:eastAsia="Calibri" w:hAnsi="Calibri"/>
          <w:color w:val="000000"/>
          <w:w w:val="101"/>
          <w:lang w:val="sk-SK"/>
        </w:rPr>
        <w:t>,</w:t>
      </w:r>
      <w:r w:rsidRPr="00EC0E6F">
        <w:rPr>
          <w:rFonts w:ascii="Times New Roman" w:eastAsia="Times New Roman" w:hAnsi="Times New Roman"/>
          <w:color w:val="000000"/>
          <w:spacing w:val="-7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960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1"/>
          <w:lang w:val="sk-SK"/>
        </w:rPr>
        <w:t>01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99"/>
          <w:lang w:val="sk-SK"/>
        </w:rPr>
        <w:t>Zvolen</w:t>
      </w:r>
    </w:p>
    <w:p w14:paraId="208553F6" w14:textId="0F71BF55" w:rsidR="00EB70EE" w:rsidRPr="00EB70EE" w:rsidRDefault="00EB70EE" w:rsidP="00DF0E18">
      <w:pPr>
        <w:wordWrap w:val="0"/>
        <w:autoSpaceDE w:val="0"/>
        <w:autoSpaceDN w:val="0"/>
        <w:spacing w:before="73" w:after="120" w:line="360" w:lineRule="exact"/>
        <w:ind w:left="142"/>
        <w:jc w:val="center"/>
        <w:rPr>
          <w:sz w:val="40"/>
          <w:szCs w:val="40"/>
          <w:lang w:val="sk-SK"/>
        </w:rPr>
      </w:pPr>
      <w:r w:rsidRPr="00EB70EE">
        <w:rPr>
          <w:rFonts w:ascii="Calibri" w:eastAsia="Calibri" w:hAnsi="Calibri"/>
          <w:b/>
          <w:color w:val="000000"/>
          <w:sz w:val="40"/>
          <w:szCs w:val="40"/>
          <w:lang w:val="sk-SK"/>
        </w:rPr>
        <w:t>Z</w:t>
      </w:r>
      <w:r w:rsidRPr="00EB70EE">
        <w:rPr>
          <w:rFonts w:ascii="Times New Roman" w:eastAsia="Times New Roman" w:hAnsi="Times New Roman"/>
          <w:b/>
          <w:color w:val="000000"/>
          <w:spacing w:val="58"/>
          <w:sz w:val="40"/>
          <w:szCs w:val="40"/>
          <w:lang w:val="sk-SK"/>
        </w:rPr>
        <w:t xml:space="preserve"> </w:t>
      </w:r>
      <w:r w:rsidRPr="00EB70EE">
        <w:rPr>
          <w:rFonts w:ascii="Calibri" w:eastAsia="Calibri" w:hAnsi="Calibri"/>
          <w:b/>
          <w:color w:val="000000"/>
          <w:sz w:val="40"/>
          <w:szCs w:val="40"/>
          <w:lang w:val="sk-SK"/>
        </w:rPr>
        <w:t>Á</w:t>
      </w:r>
      <w:r w:rsidRPr="00EB70EE">
        <w:rPr>
          <w:rFonts w:ascii="Calibri" w:eastAsia="Calibri" w:hAnsi="Calibri"/>
          <w:b/>
          <w:color w:val="000000"/>
          <w:spacing w:val="63"/>
          <w:sz w:val="40"/>
          <w:szCs w:val="40"/>
          <w:lang w:val="sk-SK"/>
        </w:rPr>
        <w:t xml:space="preserve"> </w:t>
      </w:r>
      <w:r w:rsidRPr="00EB70EE">
        <w:rPr>
          <w:rFonts w:ascii="Calibri" w:eastAsia="Calibri" w:hAnsi="Calibri"/>
          <w:b/>
          <w:color w:val="000000"/>
          <w:sz w:val="40"/>
          <w:szCs w:val="40"/>
          <w:lang w:val="sk-SK"/>
        </w:rPr>
        <w:t>P</w:t>
      </w:r>
      <w:r w:rsidRPr="00EB70EE">
        <w:rPr>
          <w:rFonts w:ascii="Calibri" w:eastAsia="Calibri" w:hAnsi="Calibri"/>
          <w:b/>
          <w:color w:val="000000"/>
          <w:spacing w:val="63"/>
          <w:sz w:val="40"/>
          <w:szCs w:val="40"/>
          <w:lang w:val="sk-SK"/>
        </w:rPr>
        <w:t xml:space="preserve"> </w:t>
      </w:r>
      <w:r w:rsidRPr="00EB70EE">
        <w:rPr>
          <w:rFonts w:ascii="Calibri" w:eastAsia="Calibri" w:hAnsi="Calibri"/>
          <w:b/>
          <w:color w:val="000000"/>
          <w:sz w:val="40"/>
          <w:szCs w:val="40"/>
          <w:lang w:val="sk-SK"/>
        </w:rPr>
        <w:t>I</w:t>
      </w:r>
      <w:r w:rsidRPr="00EB70EE">
        <w:rPr>
          <w:rFonts w:ascii="Calibri" w:eastAsia="Calibri" w:hAnsi="Calibri"/>
          <w:b/>
          <w:color w:val="000000"/>
          <w:spacing w:val="63"/>
          <w:sz w:val="40"/>
          <w:szCs w:val="40"/>
          <w:lang w:val="sk-SK"/>
        </w:rPr>
        <w:t xml:space="preserve"> </w:t>
      </w:r>
      <w:r w:rsidRPr="00EB70EE">
        <w:rPr>
          <w:rFonts w:ascii="Calibri" w:eastAsia="Calibri" w:hAnsi="Calibri"/>
          <w:b/>
          <w:color w:val="000000"/>
          <w:sz w:val="40"/>
          <w:szCs w:val="40"/>
          <w:lang w:val="sk-SK"/>
        </w:rPr>
        <w:t>S</w:t>
      </w:r>
      <w:r w:rsidRPr="00EB70EE">
        <w:rPr>
          <w:rFonts w:ascii="Calibri" w:eastAsia="Calibri" w:hAnsi="Calibri"/>
          <w:b/>
          <w:color w:val="000000"/>
          <w:spacing w:val="63"/>
          <w:sz w:val="40"/>
          <w:szCs w:val="40"/>
          <w:lang w:val="sk-SK"/>
        </w:rPr>
        <w:t xml:space="preserve"> </w:t>
      </w:r>
      <w:r w:rsidRPr="00EB70EE">
        <w:rPr>
          <w:rFonts w:ascii="Calibri" w:eastAsia="Calibri" w:hAnsi="Calibri"/>
          <w:b/>
          <w:color w:val="000000"/>
          <w:sz w:val="40"/>
          <w:szCs w:val="40"/>
          <w:lang w:val="sk-SK"/>
        </w:rPr>
        <w:t>N</w:t>
      </w:r>
      <w:r w:rsidRPr="00EB70EE">
        <w:rPr>
          <w:rFonts w:ascii="Calibri" w:eastAsia="Calibri" w:hAnsi="Calibri"/>
          <w:b/>
          <w:color w:val="000000"/>
          <w:spacing w:val="64"/>
          <w:sz w:val="40"/>
          <w:szCs w:val="40"/>
          <w:lang w:val="sk-SK"/>
        </w:rPr>
        <w:t xml:space="preserve"> </w:t>
      </w:r>
      <w:r w:rsidRPr="00EB70EE">
        <w:rPr>
          <w:rFonts w:ascii="Calibri" w:eastAsia="Calibri" w:hAnsi="Calibri"/>
          <w:b/>
          <w:color w:val="000000"/>
          <w:sz w:val="40"/>
          <w:szCs w:val="40"/>
          <w:lang w:val="sk-SK"/>
        </w:rPr>
        <w:t>Ý</w:t>
      </w:r>
      <w:r w:rsidRPr="00EB70EE">
        <w:rPr>
          <w:rFonts w:ascii="Times New Roman" w:eastAsia="Times New Roman" w:hAnsi="Times New Roman"/>
          <w:b/>
          <w:color w:val="000000"/>
          <w:spacing w:val="253"/>
          <w:sz w:val="40"/>
          <w:szCs w:val="40"/>
          <w:lang w:val="sk-SK"/>
        </w:rPr>
        <w:t xml:space="preserve"> </w:t>
      </w:r>
      <w:r w:rsidRPr="00EB70EE">
        <w:rPr>
          <w:rFonts w:ascii="Calibri" w:eastAsia="Calibri" w:hAnsi="Calibri"/>
          <w:b/>
          <w:color w:val="000000"/>
          <w:sz w:val="40"/>
          <w:szCs w:val="40"/>
          <w:lang w:val="sk-SK"/>
        </w:rPr>
        <w:t>L</w:t>
      </w:r>
      <w:r w:rsidRPr="00EB70EE">
        <w:rPr>
          <w:rFonts w:ascii="Calibri" w:eastAsia="Calibri" w:hAnsi="Calibri"/>
          <w:b/>
          <w:color w:val="000000"/>
          <w:spacing w:val="66"/>
          <w:sz w:val="40"/>
          <w:szCs w:val="40"/>
          <w:lang w:val="sk-SK"/>
        </w:rPr>
        <w:t xml:space="preserve"> </w:t>
      </w:r>
      <w:r w:rsidRPr="00EB70EE">
        <w:rPr>
          <w:rFonts w:ascii="Calibri" w:eastAsia="Calibri" w:hAnsi="Calibri"/>
          <w:b/>
          <w:color w:val="000000"/>
          <w:sz w:val="40"/>
          <w:szCs w:val="40"/>
          <w:lang w:val="sk-SK"/>
        </w:rPr>
        <w:t>I</w:t>
      </w:r>
      <w:r w:rsidRPr="00EB70EE">
        <w:rPr>
          <w:rFonts w:ascii="Calibri" w:eastAsia="Calibri" w:hAnsi="Calibri"/>
          <w:b/>
          <w:color w:val="000000"/>
          <w:spacing w:val="63"/>
          <w:sz w:val="40"/>
          <w:szCs w:val="40"/>
          <w:lang w:val="sk-SK"/>
        </w:rPr>
        <w:t xml:space="preserve"> </w:t>
      </w:r>
      <w:r w:rsidRPr="00EB70EE">
        <w:rPr>
          <w:rFonts w:ascii="Calibri" w:eastAsia="Calibri" w:hAnsi="Calibri"/>
          <w:b/>
          <w:color w:val="000000"/>
          <w:sz w:val="40"/>
          <w:szCs w:val="40"/>
          <w:lang w:val="sk-SK"/>
        </w:rPr>
        <w:t>S</w:t>
      </w:r>
      <w:r w:rsidR="00DF0E18">
        <w:rPr>
          <w:rFonts w:ascii="Calibri" w:eastAsia="Calibri" w:hAnsi="Calibri"/>
          <w:b/>
          <w:color w:val="000000"/>
          <w:spacing w:val="63"/>
          <w:sz w:val="40"/>
          <w:szCs w:val="40"/>
          <w:lang w:val="sk-SK"/>
        </w:rPr>
        <w:t> </w:t>
      </w:r>
      <w:r w:rsidRPr="00EB70EE">
        <w:rPr>
          <w:rFonts w:ascii="Calibri" w:eastAsia="Calibri" w:hAnsi="Calibri"/>
          <w:b/>
          <w:color w:val="000000"/>
          <w:sz w:val="40"/>
          <w:szCs w:val="40"/>
          <w:lang w:val="sk-SK"/>
        </w:rPr>
        <w:t>T</w:t>
      </w:r>
      <w:r w:rsidR="00DF0E18">
        <w:rPr>
          <w:rFonts w:ascii="Calibri" w:eastAsia="Calibri" w:hAnsi="Calibri"/>
          <w:b/>
          <w:color w:val="000000"/>
          <w:sz w:val="40"/>
          <w:szCs w:val="40"/>
          <w:lang w:val="sk-SK"/>
        </w:rPr>
        <w:t xml:space="preserve"> </w:t>
      </w:r>
      <w:r w:rsidR="00DF0E18" w:rsidRPr="00DF0E18">
        <w:rPr>
          <w:rFonts w:ascii="Calibri" w:eastAsia="Calibri" w:hAnsi="Calibri"/>
          <w:b/>
          <w:color w:val="000000"/>
          <w:sz w:val="28"/>
          <w:szCs w:val="28"/>
          <w:lang w:val="sk-SK"/>
        </w:rPr>
        <w:t>pre a</w:t>
      </w:r>
      <w:r w:rsidR="00682661">
        <w:rPr>
          <w:rFonts w:ascii="Calibri" w:eastAsia="Calibri" w:hAnsi="Calibri"/>
          <w:b/>
          <w:color w:val="000000"/>
          <w:sz w:val="28"/>
          <w:szCs w:val="28"/>
          <w:lang w:val="sk-SK"/>
        </w:rPr>
        <w:t>kad</w:t>
      </w:r>
      <w:r w:rsidR="00DF0E18" w:rsidRPr="00DF0E18">
        <w:rPr>
          <w:rFonts w:ascii="Calibri" w:eastAsia="Calibri" w:hAnsi="Calibri"/>
          <w:b/>
          <w:color w:val="000000"/>
          <w:sz w:val="28"/>
          <w:szCs w:val="28"/>
          <w:lang w:val="sk-SK"/>
        </w:rPr>
        <w:t>.</w:t>
      </w:r>
      <w:r w:rsidR="00686064">
        <w:rPr>
          <w:rFonts w:ascii="Calibri" w:eastAsia="Calibri" w:hAnsi="Calibri"/>
          <w:b/>
          <w:color w:val="000000"/>
          <w:sz w:val="28"/>
          <w:szCs w:val="28"/>
          <w:lang w:val="sk-SK"/>
        </w:rPr>
        <w:t xml:space="preserve"> </w:t>
      </w:r>
      <w:r w:rsidR="00DF0E18" w:rsidRPr="00DF0E18">
        <w:rPr>
          <w:rFonts w:ascii="Calibri" w:eastAsia="Calibri" w:hAnsi="Calibri"/>
          <w:b/>
          <w:color w:val="000000"/>
          <w:sz w:val="28"/>
          <w:szCs w:val="28"/>
          <w:lang w:val="sk-SK"/>
        </w:rPr>
        <w:t>r</w:t>
      </w:r>
      <w:r w:rsidR="00682661">
        <w:rPr>
          <w:rFonts w:ascii="Calibri" w:eastAsia="Calibri" w:hAnsi="Calibri"/>
          <w:b/>
          <w:color w:val="000000"/>
          <w:sz w:val="28"/>
          <w:szCs w:val="28"/>
          <w:lang w:val="sk-SK"/>
        </w:rPr>
        <w:t>ok</w:t>
      </w:r>
      <w:r w:rsidR="00DF0E18" w:rsidRPr="00DF0E18">
        <w:rPr>
          <w:rFonts w:ascii="Calibri" w:eastAsia="Calibri" w:hAnsi="Calibri"/>
          <w:b/>
          <w:color w:val="000000"/>
          <w:sz w:val="28"/>
          <w:szCs w:val="28"/>
          <w:lang w:val="sk-SK"/>
        </w:rPr>
        <w:t xml:space="preserve">  .................</w:t>
      </w:r>
      <w:r w:rsidR="00DF0E18">
        <w:rPr>
          <w:rFonts w:ascii="Calibri" w:eastAsia="Calibri" w:hAnsi="Calibri"/>
          <w:b/>
          <w:color w:val="000000"/>
          <w:sz w:val="28"/>
          <w:szCs w:val="28"/>
          <w:lang w:val="sk-SK"/>
        </w:rPr>
        <w:t>.......</w:t>
      </w:r>
      <w:r w:rsidR="00DF0E18" w:rsidRPr="00DF0E18">
        <w:rPr>
          <w:rFonts w:ascii="Calibri" w:eastAsia="Calibri" w:hAnsi="Calibri"/>
          <w:b/>
          <w:color w:val="000000"/>
          <w:sz w:val="28"/>
          <w:szCs w:val="28"/>
          <w:lang w:val="sk-SK"/>
        </w:rPr>
        <w:t>..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24"/>
        <w:gridCol w:w="10"/>
        <w:gridCol w:w="1980"/>
        <w:gridCol w:w="3671"/>
      </w:tblGrid>
      <w:tr w:rsidR="005E7336" w:rsidRPr="00EC0E6F" w14:paraId="3711CED7" w14:textId="77777777" w:rsidTr="000719FF">
        <w:trPr>
          <w:cantSplit/>
          <w:trHeight w:val="397"/>
          <w:jc w:val="center"/>
        </w:trPr>
        <w:tc>
          <w:tcPr>
            <w:tcW w:w="10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7BBB4BF" w14:textId="5523CD61" w:rsidR="005E7336" w:rsidRPr="000719FF" w:rsidRDefault="007D7AC8" w:rsidP="00EB70EE">
            <w:pPr>
              <w:wordWrap w:val="0"/>
              <w:autoSpaceDE w:val="0"/>
              <w:autoSpaceDN w:val="0"/>
              <w:spacing w:after="0" w:line="240" w:lineRule="auto"/>
              <w:ind w:left="102"/>
              <w:rPr>
                <w:spacing w:val="168"/>
                <w:lang w:val="sk-SK"/>
              </w:rPr>
            </w:pPr>
            <w:r w:rsidRPr="000719FF">
              <w:rPr>
                <w:rFonts w:ascii="Calibri" w:eastAsia="Calibri" w:hAnsi="Calibri"/>
                <w:b/>
                <w:sz w:val="24"/>
                <w:lang w:val="sk-SK"/>
              </w:rPr>
              <w:t>Fakulta</w:t>
            </w:r>
            <w:r w:rsidRPr="000719FF">
              <w:rPr>
                <w:rFonts w:ascii="Calibri" w:eastAsia="Calibri" w:hAnsi="Calibri"/>
                <w:b/>
                <w:w w:val="101"/>
                <w:sz w:val="24"/>
                <w:lang w:val="sk-SK"/>
              </w:rPr>
              <w:t>:</w:t>
            </w:r>
          </w:p>
        </w:tc>
      </w:tr>
      <w:tr w:rsidR="005E7336" w:rsidRPr="00EC0E6F" w14:paraId="3EA5A668" w14:textId="77777777" w:rsidTr="000719FF">
        <w:trPr>
          <w:cantSplit/>
          <w:trHeight w:val="397"/>
          <w:jc w:val="center"/>
        </w:trPr>
        <w:tc>
          <w:tcPr>
            <w:tcW w:w="10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138E493" w14:textId="77777777" w:rsidR="005E7336" w:rsidRPr="000719FF" w:rsidRDefault="007D7AC8" w:rsidP="00EB70EE">
            <w:pPr>
              <w:wordWrap w:val="0"/>
              <w:autoSpaceDE w:val="0"/>
              <w:autoSpaceDN w:val="0"/>
              <w:spacing w:after="0" w:line="240" w:lineRule="auto"/>
              <w:ind w:left="102"/>
              <w:rPr>
                <w:lang w:val="sk-SK"/>
              </w:rPr>
            </w:pPr>
            <w:r w:rsidRPr="000719FF">
              <w:rPr>
                <w:rFonts w:ascii="Calibri" w:eastAsia="Calibri" w:hAnsi="Calibri"/>
                <w:b/>
                <w:sz w:val="24"/>
                <w:lang w:val="sk-SK"/>
              </w:rPr>
              <w:t>Študijný</w:t>
            </w:r>
            <w:r w:rsidRPr="000719FF">
              <w:rPr>
                <w:rFonts w:ascii="Times New Roman" w:eastAsia="Times New Roman" w:hAnsi="Times New Roman"/>
                <w:b/>
                <w:spacing w:val="-5"/>
                <w:sz w:val="24"/>
                <w:lang w:val="sk-SK"/>
              </w:rPr>
              <w:t xml:space="preserve"> </w:t>
            </w:r>
            <w:r w:rsidRPr="000719FF">
              <w:rPr>
                <w:rFonts w:ascii="Calibri" w:eastAsia="Calibri" w:hAnsi="Calibri"/>
                <w:b/>
                <w:sz w:val="24"/>
                <w:lang w:val="sk-SK"/>
              </w:rPr>
              <w:t>program</w:t>
            </w:r>
            <w:r w:rsidRPr="000719FF">
              <w:rPr>
                <w:rFonts w:ascii="Calibri" w:eastAsia="Calibri" w:hAnsi="Calibri"/>
                <w:b/>
                <w:w w:val="101"/>
                <w:sz w:val="24"/>
                <w:lang w:val="sk-SK"/>
              </w:rPr>
              <w:t>:</w:t>
            </w:r>
          </w:p>
        </w:tc>
      </w:tr>
      <w:tr w:rsidR="00EB70EE" w:rsidRPr="00EC0E6F" w14:paraId="36F38D79" w14:textId="77777777" w:rsidTr="000719FF">
        <w:trPr>
          <w:cantSplit/>
          <w:trHeight w:val="397"/>
          <w:jc w:val="center"/>
        </w:trPr>
        <w:tc>
          <w:tcPr>
            <w:tcW w:w="10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A1EB430" w14:textId="165BD633" w:rsidR="00EB70EE" w:rsidRPr="00EC0E6F" w:rsidRDefault="00EB70EE" w:rsidP="00EB70EE">
            <w:pPr>
              <w:wordWrap w:val="0"/>
              <w:autoSpaceDE w:val="0"/>
              <w:autoSpaceDN w:val="0"/>
              <w:spacing w:after="0" w:line="240" w:lineRule="auto"/>
              <w:ind w:left="102"/>
              <w:rPr>
                <w:rFonts w:ascii="Calibri" w:eastAsia="Calibri" w:hAnsi="Calibri"/>
                <w:b/>
                <w:color w:val="000000"/>
                <w:sz w:val="24"/>
                <w:lang w:val="sk-SK"/>
              </w:rPr>
            </w:pPr>
            <w:r w:rsidRPr="00EB70EE">
              <w:rPr>
                <w:rFonts w:ascii="Calibri" w:eastAsia="Calibri" w:hAnsi="Calibri"/>
                <w:b/>
                <w:color w:val="000000"/>
                <w:sz w:val="24"/>
                <w:lang w:val="sk-SK"/>
              </w:rPr>
              <w:t xml:space="preserve">Stupeň štúdia:               </w:t>
            </w:r>
            <w:r w:rsidRPr="00EB70EE">
              <w:rPr>
                <w:rFonts w:ascii="Calibri" w:eastAsia="Calibri" w:hAnsi="Calibri"/>
                <w:bCs/>
                <w:color w:val="000000"/>
                <w:sz w:val="24"/>
                <w:lang w:val="sk-SK"/>
              </w:rPr>
              <w:sym w:font="Symbol" w:char="F07F"/>
            </w:r>
            <w:r w:rsidRPr="00EB70EE">
              <w:rPr>
                <w:rFonts w:ascii="Calibri" w:eastAsia="Calibri" w:hAnsi="Calibri"/>
                <w:bCs/>
                <w:color w:val="000000"/>
                <w:sz w:val="24"/>
                <w:lang w:val="sk-SK"/>
              </w:rPr>
              <w:t xml:space="preserve"> bakalársky   </w:t>
            </w:r>
            <w:r w:rsidR="00DF0E18">
              <w:rPr>
                <w:rFonts w:ascii="Calibri" w:eastAsia="Calibri" w:hAnsi="Calibri"/>
                <w:bCs/>
                <w:color w:val="000000"/>
                <w:sz w:val="24"/>
                <w:lang w:val="sk-SK"/>
              </w:rPr>
              <w:t xml:space="preserve"> </w:t>
            </w:r>
            <w:r w:rsidR="00682661">
              <w:rPr>
                <w:rFonts w:ascii="Calibri" w:eastAsia="Calibri" w:hAnsi="Calibri"/>
                <w:bCs/>
                <w:color w:val="000000"/>
                <w:sz w:val="24"/>
                <w:lang w:val="sk-SK"/>
              </w:rPr>
              <w:t xml:space="preserve">                 </w:t>
            </w:r>
            <w:r w:rsidR="00DF0E18">
              <w:rPr>
                <w:rFonts w:ascii="Calibri" w:eastAsia="Calibri" w:hAnsi="Calibri"/>
                <w:bCs/>
                <w:color w:val="000000"/>
                <w:sz w:val="24"/>
                <w:lang w:val="sk-SK"/>
              </w:rPr>
              <w:t xml:space="preserve">   </w:t>
            </w:r>
            <w:r w:rsidRPr="00EB70EE">
              <w:rPr>
                <w:rFonts w:ascii="Calibri" w:eastAsia="Calibri" w:hAnsi="Calibri"/>
                <w:bCs/>
                <w:color w:val="000000"/>
                <w:sz w:val="24"/>
                <w:lang w:val="sk-SK"/>
              </w:rPr>
              <w:t xml:space="preserve"> </w:t>
            </w:r>
            <w:r w:rsidRPr="00EB70EE">
              <w:rPr>
                <w:rFonts w:ascii="Calibri" w:eastAsia="Calibri" w:hAnsi="Calibri"/>
                <w:bCs/>
                <w:color w:val="000000"/>
                <w:sz w:val="24"/>
                <w:lang w:val="sk-SK"/>
              </w:rPr>
              <w:sym w:font="Symbol" w:char="F07F"/>
            </w:r>
            <w:r w:rsidRPr="00EB70EE">
              <w:rPr>
                <w:rFonts w:ascii="Calibri" w:eastAsia="Calibri" w:hAnsi="Calibri"/>
                <w:bCs/>
                <w:color w:val="000000"/>
                <w:sz w:val="24"/>
                <w:lang w:val="sk-SK"/>
              </w:rPr>
              <w:t xml:space="preserve"> inžiniersky   </w:t>
            </w:r>
            <w:r w:rsidR="00DF0E18">
              <w:rPr>
                <w:rFonts w:ascii="Calibri" w:eastAsia="Calibri" w:hAnsi="Calibri"/>
                <w:bCs/>
                <w:color w:val="000000"/>
                <w:sz w:val="24"/>
                <w:lang w:val="sk-SK"/>
              </w:rPr>
              <w:t xml:space="preserve">   </w:t>
            </w:r>
            <w:r w:rsidR="00682661">
              <w:rPr>
                <w:rFonts w:ascii="Calibri" w:eastAsia="Calibri" w:hAnsi="Calibri"/>
                <w:bCs/>
                <w:color w:val="000000"/>
                <w:sz w:val="24"/>
                <w:lang w:val="sk-SK"/>
              </w:rPr>
              <w:t xml:space="preserve">                  </w:t>
            </w:r>
            <w:r w:rsidR="00DF0E18">
              <w:rPr>
                <w:rFonts w:ascii="Calibri" w:eastAsia="Calibri" w:hAnsi="Calibri"/>
                <w:bCs/>
                <w:color w:val="000000"/>
                <w:sz w:val="24"/>
                <w:lang w:val="sk-SK"/>
              </w:rPr>
              <w:t xml:space="preserve">  </w:t>
            </w:r>
            <w:r w:rsidRPr="00EB70EE">
              <w:rPr>
                <w:rFonts w:ascii="Calibri" w:eastAsia="Calibri" w:hAnsi="Calibri"/>
                <w:bCs/>
                <w:color w:val="000000"/>
                <w:sz w:val="24"/>
                <w:lang w:val="sk-SK"/>
              </w:rPr>
              <w:t xml:space="preserve"> </w:t>
            </w:r>
            <w:r w:rsidRPr="00EB70EE">
              <w:rPr>
                <w:rFonts w:ascii="Calibri" w:eastAsia="Calibri" w:hAnsi="Calibri"/>
                <w:bCs/>
                <w:color w:val="000000"/>
                <w:sz w:val="24"/>
                <w:lang w:val="sk-SK"/>
              </w:rPr>
              <w:sym w:font="Symbol" w:char="F07F"/>
            </w:r>
            <w:r w:rsidRPr="00EB70EE">
              <w:rPr>
                <w:rFonts w:ascii="Calibri" w:eastAsia="Calibri" w:hAnsi="Calibri"/>
                <w:bCs/>
                <w:color w:val="000000"/>
                <w:sz w:val="24"/>
                <w:lang w:val="sk-SK"/>
              </w:rPr>
              <w:t xml:space="preserve"> doktorandský</w:t>
            </w:r>
          </w:p>
        </w:tc>
      </w:tr>
      <w:tr w:rsidR="00EB70EE" w:rsidRPr="00EC0E6F" w14:paraId="4A68AC88" w14:textId="77777777" w:rsidTr="000719FF">
        <w:trPr>
          <w:cantSplit/>
          <w:trHeight w:val="397"/>
          <w:jc w:val="center"/>
        </w:trPr>
        <w:tc>
          <w:tcPr>
            <w:tcW w:w="10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78452C9" w14:textId="1B44510B" w:rsidR="00EB70EE" w:rsidRPr="00EC0E6F" w:rsidRDefault="00EB70EE" w:rsidP="00EB70EE">
            <w:pPr>
              <w:wordWrap w:val="0"/>
              <w:autoSpaceDE w:val="0"/>
              <w:autoSpaceDN w:val="0"/>
              <w:spacing w:after="0" w:line="240" w:lineRule="auto"/>
              <w:ind w:left="102"/>
              <w:rPr>
                <w:rFonts w:ascii="Calibri" w:eastAsia="Calibri" w:hAnsi="Calibri"/>
                <w:b/>
                <w:color w:val="000000"/>
                <w:sz w:val="24"/>
                <w:lang w:val="sk-SK"/>
              </w:rPr>
            </w:pPr>
            <w:r w:rsidRPr="00EB70EE">
              <w:rPr>
                <w:rFonts w:ascii="Calibri" w:eastAsia="Calibri" w:hAnsi="Calibri"/>
                <w:b/>
                <w:color w:val="000000"/>
                <w:sz w:val="24"/>
                <w:lang w:val="sk-SK"/>
              </w:rPr>
              <w:t xml:space="preserve">Forma:                        </w:t>
            </w:r>
            <w:r w:rsidR="00682661">
              <w:rPr>
                <w:rFonts w:ascii="Calibri" w:eastAsia="Calibri" w:hAnsi="Calibri"/>
                <w:b/>
                <w:color w:val="000000"/>
                <w:sz w:val="24"/>
                <w:lang w:val="sk-SK"/>
              </w:rPr>
              <w:t xml:space="preserve">  </w:t>
            </w:r>
            <w:r w:rsidRPr="00EB70EE">
              <w:rPr>
                <w:rFonts w:ascii="Calibri" w:eastAsia="Calibri" w:hAnsi="Calibri"/>
                <w:b/>
                <w:color w:val="000000"/>
                <w:sz w:val="24"/>
                <w:lang w:val="sk-SK"/>
              </w:rPr>
              <w:t xml:space="preserve">   </w:t>
            </w:r>
            <w:r w:rsidRPr="00DF0E18">
              <w:rPr>
                <w:rFonts w:ascii="Calibri" w:eastAsia="Calibri" w:hAnsi="Calibri"/>
                <w:bCs/>
                <w:color w:val="000000"/>
                <w:sz w:val="24"/>
                <w:lang w:val="sk-SK"/>
              </w:rPr>
              <w:sym w:font="Symbol" w:char="F07F"/>
            </w:r>
            <w:r w:rsidRPr="00DF0E18">
              <w:rPr>
                <w:rFonts w:ascii="Calibri" w:eastAsia="Calibri" w:hAnsi="Calibri"/>
                <w:bCs/>
                <w:color w:val="000000"/>
                <w:sz w:val="24"/>
                <w:lang w:val="sk-SK"/>
              </w:rPr>
              <w:t xml:space="preserve"> denná         </w:t>
            </w:r>
            <w:r w:rsidR="00682661">
              <w:rPr>
                <w:rFonts w:ascii="Calibri" w:eastAsia="Calibri" w:hAnsi="Calibri"/>
                <w:bCs/>
                <w:color w:val="000000"/>
                <w:sz w:val="24"/>
                <w:lang w:val="sk-SK"/>
              </w:rPr>
              <w:t xml:space="preserve">                         </w:t>
            </w:r>
            <w:r w:rsidRPr="00DF0E18">
              <w:rPr>
                <w:rFonts w:ascii="Calibri" w:eastAsia="Calibri" w:hAnsi="Calibri"/>
                <w:bCs/>
                <w:color w:val="000000"/>
                <w:sz w:val="24"/>
                <w:lang w:val="sk-SK"/>
              </w:rPr>
              <w:t xml:space="preserve">   </w:t>
            </w:r>
            <w:r w:rsidRPr="00DF0E18">
              <w:rPr>
                <w:rFonts w:ascii="Calibri" w:eastAsia="Calibri" w:hAnsi="Calibri"/>
                <w:bCs/>
                <w:color w:val="000000"/>
                <w:sz w:val="24"/>
                <w:lang w:val="sk-SK"/>
              </w:rPr>
              <w:sym w:font="Symbol" w:char="F07F"/>
            </w:r>
            <w:r w:rsidRPr="00DF0E18">
              <w:rPr>
                <w:rFonts w:ascii="Calibri" w:eastAsia="Calibri" w:hAnsi="Calibri"/>
                <w:bCs/>
                <w:color w:val="000000"/>
                <w:sz w:val="24"/>
                <w:lang w:val="sk-SK"/>
              </w:rPr>
              <w:t xml:space="preserve"> externá</w:t>
            </w:r>
          </w:p>
        </w:tc>
      </w:tr>
      <w:tr w:rsidR="00EB70EE" w:rsidRPr="00EC0E6F" w14:paraId="2F955215" w14:textId="77777777" w:rsidTr="000719FF">
        <w:trPr>
          <w:cantSplit/>
          <w:trHeight w:val="397"/>
          <w:jc w:val="center"/>
        </w:trPr>
        <w:tc>
          <w:tcPr>
            <w:tcW w:w="10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B1A6B5B" w14:textId="598AEBE3" w:rsidR="00EB70EE" w:rsidRPr="00EC0E6F" w:rsidRDefault="00EB70EE" w:rsidP="00EB70EE">
            <w:pPr>
              <w:wordWrap w:val="0"/>
              <w:autoSpaceDE w:val="0"/>
              <w:autoSpaceDN w:val="0"/>
              <w:spacing w:after="0" w:line="240" w:lineRule="auto"/>
              <w:ind w:left="102"/>
              <w:rPr>
                <w:rFonts w:ascii="Calibri" w:eastAsia="Calibri" w:hAnsi="Calibri"/>
                <w:b/>
                <w:color w:val="000000"/>
                <w:sz w:val="24"/>
                <w:lang w:val="sk-SK"/>
              </w:rPr>
            </w:pPr>
            <w:r w:rsidRPr="00EB70EE">
              <w:rPr>
                <w:rFonts w:ascii="Calibri" w:eastAsia="Calibri" w:hAnsi="Calibri"/>
                <w:b/>
                <w:color w:val="000000"/>
                <w:sz w:val="24"/>
                <w:lang w:val="sk-SK"/>
              </w:rPr>
              <w:t>Ročník:</w:t>
            </w:r>
          </w:p>
        </w:tc>
      </w:tr>
      <w:tr w:rsidR="005E7336" w:rsidRPr="00EC0E6F" w14:paraId="67E58520" w14:textId="77777777" w:rsidTr="000719FF">
        <w:trPr>
          <w:cantSplit/>
          <w:trHeight w:val="397"/>
          <w:jc w:val="center"/>
        </w:trPr>
        <w:tc>
          <w:tcPr>
            <w:tcW w:w="10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2162DBD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Meno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a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priezvisko</w:t>
            </w:r>
            <w:r w:rsidRPr="00EC0E6F">
              <w:rPr>
                <w:rFonts w:ascii="Calibri" w:eastAsia="Calibri" w:hAnsi="Calibri"/>
                <w:color w:val="000000"/>
                <w:spacing w:val="-1"/>
                <w:lang w:val="sk-SK"/>
              </w:rPr>
              <w:t>:</w:t>
            </w:r>
          </w:p>
        </w:tc>
      </w:tr>
      <w:tr w:rsidR="00DF0E18" w:rsidRPr="00EC0E6F" w14:paraId="0E0C8F70" w14:textId="77777777" w:rsidTr="000719FF">
        <w:trPr>
          <w:cantSplit/>
          <w:trHeight w:val="397"/>
          <w:jc w:val="center"/>
        </w:trPr>
        <w:tc>
          <w:tcPr>
            <w:tcW w:w="68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00D1A06" w14:textId="77777777" w:rsidR="00DF0E18" w:rsidRPr="00EC0E6F" w:rsidRDefault="00DF0E18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Rodné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priezvisko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19922" w14:textId="3E2BD898" w:rsidR="00DF0E18" w:rsidRPr="00EC0E6F" w:rsidRDefault="00DF0E18" w:rsidP="00DF0E18">
            <w:pPr>
              <w:wordWrap w:val="0"/>
              <w:autoSpaceDE w:val="0"/>
              <w:autoSpaceDN w:val="0"/>
              <w:spacing w:before="77" w:after="0" w:line="221" w:lineRule="exact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Tituly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</w:tr>
      <w:tr w:rsidR="005E7336" w:rsidRPr="00EC0E6F" w14:paraId="64439D05" w14:textId="77777777" w:rsidTr="000719FF">
        <w:trPr>
          <w:cantSplit/>
          <w:trHeight w:val="397"/>
          <w:jc w:val="center"/>
        </w:trPr>
        <w:tc>
          <w:tcPr>
            <w:tcW w:w="4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2AFEF4B" w14:textId="5F8E8714" w:rsidR="005E7336" w:rsidRPr="00EC0E6F" w:rsidRDefault="00937FB6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Dátum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narodenia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  <w:tc>
          <w:tcPr>
            <w:tcW w:w="5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27BD915" w14:textId="65C47A68" w:rsidR="005E7336" w:rsidRPr="00EC0E6F" w:rsidRDefault="00A81642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Rodné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číslo:</w:t>
            </w:r>
          </w:p>
        </w:tc>
      </w:tr>
      <w:tr w:rsidR="005E7336" w:rsidRPr="00EC0E6F" w14:paraId="0340C433" w14:textId="77777777" w:rsidTr="000719FF">
        <w:trPr>
          <w:cantSplit/>
          <w:trHeight w:val="397"/>
          <w:jc w:val="center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0EBB0F9" w14:textId="008632D0" w:rsidR="005E7336" w:rsidRPr="00EC0E6F" w:rsidRDefault="00A81642" w:rsidP="000719FF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Miesto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narodenia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  <w:tc>
          <w:tcPr>
            <w:tcW w:w="5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CF0F701" w14:textId="66D8D8DD" w:rsidR="005E7336" w:rsidRPr="00EC0E6F" w:rsidRDefault="00A81642" w:rsidP="000719FF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Štátn</w:t>
            </w:r>
            <w:r>
              <w:rPr>
                <w:rFonts w:ascii="Calibri" w:eastAsia="Calibri" w:hAnsi="Calibri"/>
                <w:color w:val="000000"/>
                <w:lang w:val="sk-SK"/>
              </w:rPr>
              <w:t>e občianstvo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</w:tr>
      <w:tr w:rsidR="00EB70EE" w:rsidRPr="00EC0E6F" w14:paraId="17161A69" w14:textId="77777777" w:rsidTr="000719FF">
        <w:trPr>
          <w:cantSplit/>
          <w:trHeight w:val="397"/>
          <w:jc w:val="center"/>
        </w:trPr>
        <w:tc>
          <w:tcPr>
            <w:tcW w:w="10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F0F3FF9" w14:textId="34508F07" w:rsidR="00EB70EE" w:rsidRPr="00DF0E18" w:rsidRDefault="00EB70EE" w:rsidP="000719FF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rFonts w:ascii="Calibri" w:eastAsia="Calibri" w:hAnsi="Calibri"/>
                <w:color w:val="000000"/>
                <w:lang w:val="sk-SK"/>
              </w:rPr>
            </w:pPr>
            <w:r w:rsidRPr="00DF0E18">
              <w:rPr>
                <w:rFonts w:ascii="Calibri" w:eastAsia="Calibri" w:hAnsi="Calibri"/>
                <w:color w:val="000000"/>
                <w:lang w:val="sk-SK"/>
              </w:rPr>
              <w:t xml:space="preserve">ČOP </w:t>
            </w:r>
            <w:r w:rsidRPr="00DF0E18">
              <w:rPr>
                <w:rFonts w:ascii="Calibri" w:eastAsia="Calibri" w:hAnsi="Calibri"/>
                <w:color w:val="000000"/>
                <w:sz w:val="16"/>
                <w:szCs w:val="16"/>
                <w:lang w:val="sk-SK"/>
              </w:rPr>
              <w:t>(</w:t>
            </w:r>
            <w:r w:rsidR="00A81642" w:rsidRPr="00DF0E18">
              <w:rPr>
                <w:rFonts w:ascii="Calibri" w:eastAsia="Calibri" w:hAnsi="Calibri"/>
                <w:color w:val="000000"/>
                <w:sz w:val="16"/>
                <w:szCs w:val="16"/>
                <w:lang w:val="sk-SK"/>
              </w:rPr>
              <w:t>u cudzinca č</w:t>
            </w:r>
            <w:r w:rsidR="00DF0E18">
              <w:rPr>
                <w:rFonts w:ascii="Calibri" w:eastAsia="Calibri" w:hAnsi="Calibri"/>
                <w:color w:val="000000"/>
                <w:sz w:val="16"/>
                <w:szCs w:val="16"/>
                <w:lang w:val="sk-SK"/>
              </w:rPr>
              <w:t>íslo</w:t>
            </w:r>
            <w:r w:rsidR="00A81642" w:rsidRPr="00DF0E18">
              <w:rPr>
                <w:rFonts w:ascii="Calibri" w:eastAsia="Calibri" w:hAnsi="Calibri"/>
                <w:color w:val="000000"/>
                <w:sz w:val="16"/>
                <w:szCs w:val="16"/>
                <w:lang w:val="sk-SK"/>
              </w:rPr>
              <w:t xml:space="preserve"> cestovného dokladu a</w:t>
            </w:r>
            <w:r w:rsidR="00DF0E18" w:rsidRPr="00DF0E18">
              <w:rPr>
                <w:rFonts w:ascii="Calibri" w:eastAsia="Calibri" w:hAnsi="Calibri"/>
                <w:color w:val="000000"/>
                <w:sz w:val="16"/>
                <w:szCs w:val="16"/>
                <w:lang w:val="sk-SK"/>
              </w:rPr>
              <w:t>j</w:t>
            </w:r>
            <w:r w:rsidR="00A81642" w:rsidRPr="00DF0E18">
              <w:rPr>
                <w:rFonts w:ascii="Calibri" w:eastAsia="Calibri" w:hAnsi="Calibri"/>
                <w:color w:val="000000"/>
                <w:sz w:val="16"/>
                <w:szCs w:val="16"/>
                <w:lang w:val="sk-SK"/>
              </w:rPr>
              <w:t> jeho platnosť)</w:t>
            </w:r>
            <w:r w:rsidR="00A81642" w:rsidRPr="00DF0E18">
              <w:rPr>
                <w:rFonts w:ascii="Calibri" w:eastAsia="Calibri" w:hAnsi="Calibri"/>
                <w:color w:val="000000"/>
                <w:lang w:val="sk-SK"/>
              </w:rPr>
              <w:t>:</w:t>
            </w:r>
          </w:p>
        </w:tc>
      </w:tr>
      <w:tr w:rsidR="000719FF" w:rsidRPr="00EC0E6F" w14:paraId="57B1D8AD" w14:textId="77777777" w:rsidTr="000719FF">
        <w:trPr>
          <w:cantSplit/>
          <w:trHeight w:val="397"/>
          <w:jc w:val="center"/>
        </w:trPr>
        <w:tc>
          <w:tcPr>
            <w:tcW w:w="10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659A23E" w14:textId="2E61B3BD" w:rsidR="000719FF" w:rsidRDefault="000719FF" w:rsidP="000719FF">
            <w:pPr>
              <w:wordWrap w:val="0"/>
              <w:autoSpaceDE w:val="0"/>
              <w:autoSpaceDN w:val="0"/>
              <w:spacing w:after="0" w:line="240" w:lineRule="auto"/>
              <w:ind w:left="103"/>
              <w:rPr>
                <w:rFonts w:ascii="Calibri" w:eastAsia="Calibri" w:hAnsi="Calibri"/>
                <w:color w:val="000000"/>
                <w:lang w:val="sk-SK"/>
              </w:rPr>
            </w:pPr>
            <w:r>
              <w:rPr>
                <w:rFonts w:ascii="Calibri" w:eastAsia="Calibri" w:hAnsi="Calibri"/>
                <w:color w:val="000000"/>
                <w:lang w:val="sk-SK"/>
              </w:rPr>
              <w:t xml:space="preserve">Telefón </w:t>
            </w:r>
            <w:r w:rsidRPr="000719FF">
              <w:rPr>
                <w:rFonts w:ascii="Calibri" w:eastAsia="Calibri" w:hAnsi="Calibri"/>
                <w:color w:val="000000"/>
                <w:sz w:val="16"/>
                <w:szCs w:val="16"/>
                <w:lang w:val="sk-SK"/>
              </w:rPr>
              <w:t>(</w:t>
            </w:r>
            <w:r w:rsidRPr="006A1A41">
              <w:rPr>
                <w:rFonts w:ascii="Calibri" w:eastAsia="Calibri" w:hAnsi="Calibri"/>
                <w:bCs/>
                <w:color w:val="000000"/>
                <w:sz w:val="16"/>
                <w:szCs w:val="16"/>
                <w:lang w:val="sk-SK"/>
              </w:rPr>
              <w:t>kontakt je potrebné uviesť v medzinárodnom formáte s</w:t>
            </w:r>
            <w:r>
              <w:rPr>
                <w:rFonts w:ascii="Calibri" w:eastAsia="Calibri" w:hAnsi="Calibri"/>
                <w:bCs/>
                <w:color w:val="000000"/>
                <w:sz w:val="16"/>
                <w:szCs w:val="16"/>
                <w:lang w:val="sk-SK"/>
              </w:rPr>
              <w:t> </w:t>
            </w:r>
            <w:r w:rsidRPr="006A1A41">
              <w:rPr>
                <w:rFonts w:ascii="Calibri" w:eastAsia="Calibri" w:hAnsi="Calibri"/>
                <w:bCs/>
                <w:color w:val="000000"/>
                <w:sz w:val="16"/>
                <w:szCs w:val="16"/>
                <w:lang w:val="sk-SK"/>
              </w:rPr>
              <w:t>predvoľbou</w:t>
            </w:r>
            <w:r>
              <w:rPr>
                <w:rFonts w:ascii="Calibri" w:eastAsia="Calibri" w:hAnsi="Calibri"/>
                <w:bCs/>
                <w:color w:val="000000"/>
                <w:sz w:val="16"/>
                <w:szCs w:val="16"/>
                <w:lang w:val="sk-SK"/>
              </w:rPr>
              <w:t>)</w:t>
            </w:r>
            <w:r>
              <w:rPr>
                <w:rFonts w:ascii="Calibri" w:eastAsia="Calibri" w:hAnsi="Calibri"/>
                <w:color w:val="000000"/>
                <w:lang w:val="sk-SK"/>
              </w:rPr>
              <w:t>:</w:t>
            </w:r>
          </w:p>
        </w:tc>
      </w:tr>
      <w:tr w:rsidR="000719FF" w:rsidRPr="00EC0E6F" w14:paraId="25CC9602" w14:textId="77777777" w:rsidTr="000719FF">
        <w:trPr>
          <w:cantSplit/>
          <w:trHeight w:val="397"/>
          <w:jc w:val="center"/>
        </w:trPr>
        <w:tc>
          <w:tcPr>
            <w:tcW w:w="10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CDA827C" w14:textId="79AA643E" w:rsidR="000719FF" w:rsidRDefault="000719FF" w:rsidP="000719FF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rFonts w:ascii="Calibri" w:eastAsia="Calibri" w:hAnsi="Calibri"/>
                <w:color w:val="000000"/>
                <w:lang w:val="sk-SK"/>
              </w:rPr>
            </w:pPr>
            <w:r>
              <w:rPr>
                <w:rFonts w:ascii="Calibri" w:eastAsia="Calibri" w:hAnsi="Calibri"/>
                <w:color w:val="000000"/>
                <w:lang w:val="sk-SK"/>
              </w:rPr>
              <w:t>E-mail:</w:t>
            </w:r>
          </w:p>
        </w:tc>
      </w:tr>
      <w:tr w:rsidR="005E7336" w:rsidRPr="00EC0E6F" w14:paraId="087A3539" w14:textId="77777777" w:rsidTr="000719FF">
        <w:trPr>
          <w:cantSplit/>
          <w:trHeight w:val="397"/>
          <w:jc w:val="center"/>
        </w:trPr>
        <w:tc>
          <w:tcPr>
            <w:tcW w:w="10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tcMar>
              <w:left w:w="0" w:type="dxa"/>
              <w:right w:w="0" w:type="dxa"/>
            </w:tcMar>
            <w:vAlign w:val="center"/>
          </w:tcPr>
          <w:p w14:paraId="0C1E7BA6" w14:textId="368811EB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b/>
                <w:color w:val="000000"/>
                <w:lang w:val="sk-SK"/>
              </w:rPr>
              <w:t>Trvalé</w:t>
            </w:r>
            <w:r w:rsidRPr="00EC0E6F">
              <w:rPr>
                <w:rFonts w:ascii="Times New Roman" w:eastAsia="Times New Roman" w:hAnsi="Times New Roman"/>
                <w:b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b/>
                <w:color w:val="000000"/>
                <w:lang w:val="sk-SK"/>
              </w:rPr>
              <w:t>bydlisko</w:t>
            </w:r>
          </w:p>
        </w:tc>
      </w:tr>
      <w:tr w:rsidR="005E7336" w:rsidRPr="00EC0E6F" w14:paraId="1AA014CF" w14:textId="77777777" w:rsidTr="000719FF">
        <w:trPr>
          <w:cantSplit/>
          <w:trHeight w:val="397"/>
          <w:jc w:val="center"/>
        </w:trPr>
        <w:tc>
          <w:tcPr>
            <w:tcW w:w="4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3587BBC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Mesto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  <w:tc>
          <w:tcPr>
            <w:tcW w:w="5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48FC5B3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w w:val="101"/>
                <w:lang w:val="sk-SK"/>
              </w:rPr>
              <w:t>PSČ</w:t>
            </w:r>
            <w:r w:rsidRPr="00EC0E6F">
              <w:rPr>
                <w:rFonts w:ascii="Calibri" w:eastAsia="Calibri" w:hAnsi="Calibri"/>
                <w:color w:val="000000"/>
                <w:spacing w:val="-1"/>
                <w:lang w:val="sk-SK"/>
              </w:rPr>
              <w:t>:</w:t>
            </w:r>
          </w:p>
        </w:tc>
      </w:tr>
      <w:tr w:rsidR="005E7336" w:rsidRPr="00EC0E6F" w14:paraId="624231D1" w14:textId="77777777" w:rsidTr="000719FF">
        <w:trPr>
          <w:cantSplit/>
          <w:trHeight w:val="397"/>
          <w:jc w:val="center"/>
        </w:trPr>
        <w:tc>
          <w:tcPr>
            <w:tcW w:w="4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A4B0632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Ulica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  <w:tc>
          <w:tcPr>
            <w:tcW w:w="5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B395A18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Číslo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popisné:</w:t>
            </w:r>
          </w:p>
        </w:tc>
      </w:tr>
      <w:tr w:rsidR="005E7336" w:rsidRPr="00EC0E6F" w14:paraId="66FBDD86" w14:textId="77777777" w:rsidTr="000719FF">
        <w:trPr>
          <w:cantSplit/>
          <w:trHeight w:val="397"/>
          <w:jc w:val="center"/>
        </w:trPr>
        <w:tc>
          <w:tcPr>
            <w:tcW w:w="10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tcMar>
              <w:left w:w="0" w:type="dxa"/>
              <w:right w:w="0" w:type="dxa"/>
            </w:tcMar>
            <w:vAlign w:val="center"/>
          </w:tcPr>
          <w:p w14:paraId="0DA0A58D" w14:textId="780365E4" w:rsidR="005E7336" w:rsidRPr="00EC0E6F" w:rsidRDefault="007D7AC8">
            <w:pPr>
              <w:wordWrap w:val="0"/>
              <w:autoSpaceDE w:val="0"/>
              <w:autoSpaceDN w:val="0"/>
              <w:spacing w:before="79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b/>
                <w:color w:val="000000"/>
                <w:lang w:val="sk-SK"/>
              </w:rPr>
              <w:t>Korešpondenčná</w:t>
            </w:r>
            <w:r w:rsidRPr="00EC0E6F">
              <w:rPr>
                <w:rFonts w:ascii="Times New Roman" w:eastAsia="Times New Roman" w:hAnsi="Times New Roman"/>
                <w:b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b/>
                <w:color w:val="000000"/>
                <w:lang w:val="sk-SK"/>
              </w:rPr>
              <w:t>adresa</w:t>
            </w:r>
            <w:r w:rsidRPr="00EC0E6F">
              <w:rPr>
                <w:rFonts w:ascii="Times New Roman" w:eastAsia="Times New Roman" w:hAnsi="Times New Roman"/>
                <w:color w:val="000000"/>
                <w:spacing w:val="10"/>
                <w:sz w:val="16"/>
                <w:lang w:val="sk-SK"/>
              </w:rPr>
              <w:t xml:space="preserve"> </w:t>
            </w:r>
            <w:r w:rsidRPr="00DF0E18">
              <w:rPr>
                <w:rFonts w:ascii="Calibri" w:eastAsia="Calibri" w:hAnsi="Calibri"/>
                <w:color w:val="000000"/>
                <w:w w:val="99"/>
                <w:sz w:val="16"/>
                <w:szCs w:val="16"/>
                <w:lang w:val="sk-SK"/>
              </w:rPr>
              <w:t>(</w:t>
            </w:r>
            <w:r w:rsidRPr="00DF0E18">
              <w:rPr>
                <w:rFonts w:ascii="Calibri" w:eastAsia="Calibri" w:hAnsi="Calibri"/>
                <w:color w:val="000000"/>
                <w:sz w:val="16"/>
                <w:szCs w:val="16"/>
                <w:lang w:val="sk-SK"/>
              </w:rPr>
              <w:t>v</w:t>
            </w:r>
            <w:r w:rsidRPr="00DF0E18">
              <w:rPr>
                <w:rFonts w:ascii="Times New Roman" w:eastAsia="Times New Roman" w:hAnsi="Times New Roman"/>
                <w:color w:val="000000"/>
                <w:spacing w:val="-2"/>
                <w:sz w:val="16"/>
                <w:szCs w:val="16"/>
                <w:lang w:val="sk-SK"/>
              </w:rPr>
              <w:t xml:space="preserve"> </w:t>
            </w:r>
            <w:r w:rsidRPr="00DF0E18">
              <w:rPr>
                <w:rFonts w:ascii="Calibri" w:eastAsia="Calibri" w:hAnsi="Calibri"/>
                <w:color w:val="000000"/>
                <w:sz w:val="16"/>
                <w:szCs w:val="16"/>
                <w:lang w:val="sk-SK"/>
              </w:rPr>
              <w:t>prípade</w:t>
            </w:r>
            <w:r w:rsidRPr="00DF0E18">
              <w:rPr>
                <w:rFonts w:ascii="Calibri" w:eastAsia="Calibri" w:hAnsi="Calibri"/>
                <w:color w:val="000000"/>
                <w:w w:val="102"/>
                <w:sz w:val="16"/>
                <w:szCs w:val="16"/>
                <w:lang w:val="sk-SK"/>
              </w:rPr>
              <w:t>,</w:t>
            </w:r>
            <w:r w:rsidRPr="00DF0E18">
              <w:rPr>
                <w:rFonts w:ascii="Times New Roman" w:eastAsia="Times New Roman" w:hAnsi="Times New Roman"/>
                <w:color w:val="000000"/>
                <w:spacing w:val="-4"/>
                <w:sz w:val="16"/>
                <w:szCs w:val="16"/>
                <w:lang w:val="sk-SK"/>
              </w:rPr>
              <w:t xml:space="preserve"> </w:t>
            </w:r>
            <w:r w:rsidRPr="00DF0E18">
              <w:rPr>
                <w:rFonts w:ascii="Calibri" w:eastAsia="Calibri" w:hAnsi="Calibri"/>
                <w:color w:val="000000"/>
                <w:w w:val="99"/>
                <w:sz w:val="16"/>
                <w:szCs w:val="16"/>
                <w:lang w:val="sk-SK"/>
              </w:rPr>
              <w:t>ak</w:t>
            </w:r>
            <w:r w:rsidRPr="00DF0E18">
              <w:rPr>
                <w:rFonts w:ascii="Times New Roman" w:eastAsia="Times New Roman" w:hAnsi="Times New Roman"/>
                <w:color w:val="000000"/>
                <w:spacing w:val="-4"/>
                <w:sz w:val="16"/>
                <w:szCs w:val="16"/>
                <w:lang w:val="sk-SK"/>
              </w:rPr>
              <w:t xml:space="preserve"> </w:t>
            </w:r>
            <w:r w:rsidRPr="00DF0E18">
              <w:rPr>
                <w:rFonts w:ascii="Calibri" w:eastAsia="Calibri" w:hAnsi="Calibri"/>
                <w:color w:val="000000"/>
                <w:w w:val="99"/>
                <w:sz w:val="16"/>
                <w:szCs w:val="16"/>
                <w:lang w:val="sk-SK"/>
              </w:rPr>
              <w:t>je</w:t>
            </w:r>
            <w:r w:rsidRPr="00DF0E18">
              <w:rPr>
                <w:rFonts w:ascii="Times New Roman" w:eastAsia="Times New Roman" w:hAnsi="Times New Roman"/>
                <w:color w:val="000000"/>
                <w:spacing w:val="-4"/>
                <w:sz w:val="16"/>
                <w:szCs w:val="16"/>
                <w:lang w:val="sk-SK"/>
              </w:rPr>
              <w:t xml:space="preserve"> </w:t>
            </w:r>
            <w:r w:rsidRPr="00DF0E18">
              <w:rPr>
                <w:rFonts w:ascii="Calibri" w:eastAsia="Calibri" w:hAnsi="Calibri"/>
                <w:color w:val="000000"/>
                <w:sz w:val="16"/>
                <w:szCs w:val="16"/>
                <w:lang w:val="sk-SK"/>
              </w:rPr>
              <w:t>iná</w:t>
            </w:r>
            <w:r w:rsidRPr="00DF0E18">
              <w:rPr>
                <w:rFonts w:ascii="Times New Roman" w:eastAsia="Times New Roman" w:hAnsi="Times New Roman"/>
                <w:color w:val="000000"/>
                <w:spacing w:val="-4"/>
                <w:sz w:val="16"/>
                <w:szCs w:val="16"/>
                <w:lang w:val="sk-SK"/>
              </w:rPr>
              <w:t xml:space="preserve"> </w:t>
            </w:r>
            <w:r w:rsidRPr="00DF0E18">
              <w:rPr>
                <w:rFonts w:ascii="Calibri" w:eastAsia="Calibri" w:hAnsi="Calibri"/>
                <w:color w:val="000000"/>
                <w:sz w:val="16"/>
                <w:szCs w:val="16"/>
                <w:lang w:val="sk-SK"/>
              </w:rPr>
              <w:t>ako</w:t>
            </w:r>
            <w:r w:rsidRPr="00DF0E18">
              <w:rPr>
                <w:rFonts w:ascii="Times New Roman" w:eastAsia="Times New Roman" w:hAnsi="Times New Roman"/>
                <w:color w:val="000000"/>
                <w:spacing w:val="-4"/>
                <w:sz w:val="16"/>
                <w:szCs w:val="16"/>
                <w:lang w:val="sk-SK"/>
              </w:rPr>
              <w:t xml:space="preserve"> </w:t>
            </w:r>
            <w:r w:rsidRPr="00DF0E18">
              <w:rPr>
                <w:rFonts w:ascii="Calibri" w:eastAsia="Calibri" w:hAnsi="Calibri"/>
                <w:color w:val="000000"/>
                <w:sz w:val="16"/>
                <w:szCs w:val="16"/>
                <w:lang w:val="sk-SK"/>
              </w:rPr>
              <w:t>adresa</w:t>
            </w:r>
            <w:r w:rsidRPr="00DF0E18">
              <w:rPr>
                <w:rFonts w:ascii="Times New Roman" w:eastAsia="Times New Roman" w:hAnsi="Times New Roman"/>
                <w:color w:val="000000"/>
                <w:spacing w:val="-2"/>
                <w:sz w:val="16"/>
                <w:szCs w:val="16"/>
                <w:lang w:val="sk-SK"/>
              </w:rPr>
              <w:t xml:space="preserve"> </w:t>
            </w:r>
            <w:r w:rsidRPr="00DF0E18">
              <w:rPr>
                <w:rFonts w:ascii="Calibri" w:eastAsia="Calibri" w:hAnsi="Calibri"/>
                <w:color w:val="000000"/>
                <w:sz w:val="16"/>
                <w:szCs w:val="16"/>
                <w:lang w:val="sk-SK"/>
              </w:rPr>
              <w:t>trvalého</w:t>
            </w:r>
            <w:r w:rsidRPr="00DF0E18">
              <w:rPr>
                <w:rFonts w:ascii="Times New Roman" w:eastAsia="Times New Roman" w:hAnsi="Times New Roman"/>
                <w:color w:val="000000"/>
                <w:spacing w:val="-4"/>
                <w:sz w:val="16"/>
                <w:szCs w:val="16"/>
                <w:lang w:val="sk-SK"/>
              </w:rPr>
              <w:t xml:space="preserve"> </w:t>
            </w:r>
            <w:r w:rsidRPr="00DF0E18">
              <w:rPr>
                <w:rFonts w:ascii="Calibri" w:eastAsia="Calibri" w:hAnsi="Calibri"/>
                <w:color w:val="000000"/>
                <w:w w:val="99"/>
                <w:sz w:val="16"/>
                <w:szCs w:val="16"/>
                <w:lang w:val="sk-SK"/>
              </w:rPr>
              <w:t>bydliska</w:t>
            </w:r>
            <w:r w:rsidRPr="00DF0E18">
              <w:rPr>
                <w:rFonts w:ascii="Calibri" w:eastAsia="Calibri" w:hAnsi="Calibri"/>
                <w:color w:val="000000"/>
                <w:spacing w:val="4"/>
                <w:sz w:val="16"/>
                <w:szCs w:val="16"/>
                <w:lang w:val="sk-SK"/>
              </w:rPr>
              <w:t>)</w:t>
            </w:r>
            <w:r w:rsidR="00442120">
              <w:rPr>
                <w:rFonts w:ascii="Calibri" w:eastAsia="Calibri" w:hAnsi="Calibri"/>
                <w:color w:val="000000"/>
                <w:spacing w:val="4"/>
                <w:sz w:val="16"/>
                <w:lang w:val="sk-SK"/>
              </w:rPr>
              <w:t xml:space="preserve">. </w:t>
            </w:r>
            <w:r w:rsidR="00442120" w:rsidRPr="00442120">
              <w:rPr>
                <w:rFonts w:ascii="Calibri" w:eastAsia="Calibri" w:hAnsi="Calibri"/>
                <w:color w:val="000000"/>
                <w:spacing w:val="4"/>
                <w:lang w:val="sk-SK"/>
              </w:rPr>
              <w:t>U cudzinca miesto pobytu v Slovenskej republike</w:t>
            </w:r>
            <w:r w:rsidR="00442120">
              <w:rPr>
                <w:rFonts w:ascii="Calibri" w:eastAsia="Calibri" w:hAnsi="Calibri"/>
                <w:color w:val="000000"/>
                <w:spacing w:val="4"/>
                <w:sz w:val="16"/>
                <w:lang w:val="sk-SK"/>
              </w:rPr>
              <w:t>.</w:t>
            </w:r>
          </w:p>
        </w:tc>
      </w:tr>
      <w:tr w:rsidR="005E7336" w:rsidRPr="00EC0E6F" w14:paraId="7AE09093" w14:textId="77777777" w:rsidTr="000719FF">
        <w:trPr>
          <w:cantSplit/>
          <w:trHeight w:val="397"/>
          <w:jc w:val="center"/>
        </w:trPr>
        <w:tc>
          <w:tcPr>
            <w:tcW w:w="4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76E4C92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Mesto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  <w:tc>
          <w:tcPr>
            <w:tcW w:w="5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D7C76A7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w w:val="101"/>
                <w:lang w:val="sk-SK"/>
              </w:rPr>
              <w:t>PSČ</w:t>
            </w:r>
            <w:r w:rsidRPr="00EC0E6F">
              <w:rPr>
                <w:rFonts w:ascii="Calibri" w:eastAsia="Calibri" w:hAnsi="Calibri"/>
                <w:color w:val="000000"/>
                <w:spacing w:val="-1"/>
                <w:lang w:val="sk-SK"/>
              </w:rPr>
              <w:t>:</w:t>
            </w:r>
          </w:p>
        </w:tc>
      </w:tr>
      <w:tr w:rsidR="005E7336" w:rsidRPr="00EC0E6F" w14:paraId="08D357B8" w14:textId="77777777" w:rsidTr="000719FF">
        <w:trPr>
          <w:cantSplit/>
          <w:trHeight w:val="397"/>
          <w:jc w:val="center"/>
        </w:trPr>
        <w:tc>
          <w:tcPr>
            <w:tcW w:w="4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417422E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Ulica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  <w:tc>
          <w:tcPr>
            <w:tcW w:w="5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B528C0B" w14:textId="3B1C51A4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Číslo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popisné:</w:t>
            </w:r>
          </w:p>
        </w:tc>
      </w:tr>
      <w:tr w:rsidR="005E7336" w:rsidRPr="00EC0E6F" w14:paraId="68071D1D" w14:textId="77777777" w:rsidTr="000719FF">
        <w:trPr>
          <w:cantSplit/>
          <w:trHeight w:val="397"/>
          <w:jc w:val="center"/>
        </w:trPr>
        <w:tc>
          <w:tcPr>
            <w:tcW w:w="10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tcMar>
              <w:left w:w="0" w:type="dxa"/>
              <w:right w:w="0" w:type="dxa"/>
            </w:tcMar>
            <w:vAlign w:val="center"/>
          </w:tcPr>
          <w:p w14:paraId="2609FBA1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b/>
                <w:color w:val="000000"/>
                <w:lang w:val="sk-SK"/>
              </w:rPr>
              <w:t>Číslo</w:t>
            </w:r>
            <w:r w:rsidRPr="00EC0E6F">
              <w:rPr>
                <w:rFonts w:ascii="Times New Roman" w:eastAsia="Times New Roman" w:hAnsi="Times New Roman"/>
                <w:b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b/>
                <w:color w:val="000000"/>
                <w:lang w:val="sk-SK"/>
              </w:rPr>
              <w:t>účtu</w:t>
            </w:r>
          </w:p>
        </w:tc>
      </w:tr>
      <w:tr w:rsidR="00EC0E6F" w:rsidRPr="00EC0E6F" w14:paraId="5D3F9957" w14:textId="77777777" w:rsidTr="000719FF">
        <w:trPr>
          <w:cantSplit/>
          <w:trHeight w:val="397"/>
          <w:jc w:val="center"/>
        </w:trPr>
        <w:tc>
          <w:tcPr>
            <w:tcW w:w="10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FCD97A7" w14:textId="6B864D66" w:rsidR="00EC0E6F" w:rsidRPr="00EC0E6F" w:rsidRDefault="00EC0E6F" w:rsidP="00A81642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IBAN</w:t>
            </w:r>
            <w:r w:rsidRPr="00EC0E6F">
              <w:rPr>
                <w:rFonts w:ascii="Calibri" w:eastAsia="Calibri" w:hAnsi="Calibri"/>
                <w:color w:val="000000"/>
                <w:spacing w:val="2"/>
                <w:lang w:val="sk-SK"/>
              </w:rPr>
              <w:t>:</w:t>
            </w:r>
          </w:p>
        </w:tc>
      </w:tr>
      <w:tr w:rsidR="005E7336" w:rsidRPr="00EC0E6F" w14:paraId="1CDF21CE" w14:textId="77777777" w:rsidTr="000719FF">
        <w:trPr>
          <w:cantSplit/>
          <w:trHeight w:val="397"/>
          <w:jc w:val="center"/>
        </w:trPr>
        <w:tc>
          <w:tcPr>
            <w:tcW w:w="10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BEA76DE" w14:textId="0BC02764" w:rsidR="005E7336" w:rsidRPr="00EC0E6F" w:rsidRDefault="007D7AC8">
            <w:pPr>
              <w:wordWrap w:val="0"/>
              <w:autoSpaceDE w:val="0"/>
              <w:autoSpaceDN w:val="0"/>
              <w:spacing w:before="79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Názov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banky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</w:tr>
      <w:tr w:rsidR="00442120" w:rsidRPr="00EC0E6F" w14:paraId="19648A98" w14:textId="77777777" w:rsidTr="000719FF">
        <w:trPr>
          <w:cantSplit/>
          <w:trHeight w:val="397"/>
          <w:jc w:val="center"/>
        </w:trPr>
        <w:tc>
          <w:tcPr>
            <w:tcW w:w="10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tcMar>
              <w:left w:w="0" w:type="dxa"/>
              <w:right w:w="0" w:type="dxa"/>
            </w:tcMar>
            <w:vAlign w:val="center"/>
          </w:tcPr>
          <w:p w14:paraId="5AAF7D3E" w14:textId="03DCABF2" w:rsidR="00442120" w:rsidRPr="00EC0E6F" w:rsidRDefault="006F08C2" w:rsidP="00442120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rFonts w:ascii="Calibri" w:eastAsia="Calibri" w:hAnsi="Calibri"/>
                <w:color w:val="000000"/>
                <w:lang w:val="sk-SK"/>
              </w:rPr>
            </w:pPr>
            <w:r w:rsidRPr="006F08C2">
              <w:rPr>
                <w:rFonts w:ascii="Calibri" w:eastAsia="Calibri" w:hAnsi="Calibri"/>
                <w:b/>
                <w:bCs/>
                <w:color w:val="000000"/>
                <w:lang w:val="sk-SK"/>
              </w:rPr>
              <w:t>Kontakt na tretiu osobu</w:t>
            </w:r>
          </w:p>
        </w:tc>
      </w:tr>
      <w:tr w:rsidR="00442120" w:rsidRPr="00EC0E6F" w14:paraId="5A8178ED" w14:textId="77777777" w:rsidTr="000719FF">
        <w:trPr>
          <w:cantSplit/>
          <w:trHeight w:val="397"/>
          <w:jc w:val="center"/>
        </w:trPr>
        <w:tc>
          <w:tcPr>
            <w:tcW w:w="10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8A985DE" w14:textId="7D74E78C" w:rsidR="00442120" w:rsidRPr="00EC0E6F" w:rsidRDefault="006F08C2">
            <w:pPr>
              <w:wordWrap w:val="0"/>
              <w:autoSpaceDE w:val="0"/>
              <w:autoSpaceDN w:val="0"/>
              <w:spacing w:before="79" w:after="0" w:line="221" w:lineRule="exact"/>
              <w:ind w:left="103"/>
              <w:rPr>
                <w:rFonts w:ascii="Calibri" w:eastAsia="Calibri" w:hAnsi="Calibri"/>
                <w:color w:val="000000"/>
                <w:lang w:val="sk-SK"/>
              </w:rPr>
            </w:pPr>
            <w:r>
              <w:rPr>
                <w:rFonts w:ascii="Calibri" w:eastAsia="Calibri" w:hAnsi="Calibri"/>
                <w:color w:val="000000"/>
                <w:lang w:val="sk-SK"/>
              </w:rPr>
              <w:t>Meno a priezvisko:</w:t>
            </w:r>
          </w:p>
        </w:tc>
      </w:tr>
      <w:tr w:rsidR="00442120" w:rsidRPr="00EC0E6F" w14:paraId="0D461ED7" w14:textId="77777777" w:rsidTr="000719FF">
        <w:trPr>
          <w:cantSplit/>
          <w:trHeight w:val="397"/>
          <w:jc w:val="center"/>
        </w:trPr>
        <w:tc>
          <w:tcPr>
            <w:tcW w:w="10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7BBDE25" w14:textId="47CC0E81" w:rsidR="00442120" w:rsidRPr="00EC0E6F" w:rsidRDefault="000719FF">
            <w:pPr>
              <w:wordWrap w:val="0"/>
              <w:autoSpaceDE w:val="0"/>
              <w:autoSpaceDN w:val="0"/>
              <w:spacing w:before="79" w:after="0" w:line="221" w:lineRule="exact"/>
              <w:ind w:left="103"/>
              <w:rPr>
                <w:rFonts w:ascii="Calibri" w:eastAsia="Calibri" w:hAnsi="Calibri"/>
                <w:color w:val="000000"/>
                <w:lang w:val="sk-SK"/>
              </w:rPr>
            </w:pPr>
            <w:r>
              <w:rPr>
                <w:rFonts w:ascii="Calibri" w:eastAsia="Calibri" w:hAnsi="Calibri"/>
                <w:color w:val="000000"/>
                <w:lang w:val="sk-SK"/>
              </w:rPr>
              <w:t xml:space="preserve">Telefón alebo </w:t>
            </w:r>
            <w:r w:rsidR="00A81642">
              <w:rPr>
                <w:rFonts w:ascii="Calibri" w:eastAsia="Calibri" w:hAnsi="Calibri"/>
                <w:color w:val="000000"/>
                <w:lang w:val="sk-SK"/>
              </w:rPr>
              <w:t>E</w:t>
            </w:r>
            <w:r w:rsidR="006A1A41">
              <w:rPr>
                <w:rFonts w:ascii="Calibri" w:eastAsia="Calibri" w:hAnsi="Calibri"/>
                <w:color w:val="000000"/>
                <w:lang w:val="sk-SK"/>
              </w:rPr>
              <w:t>-mail:</w:t>
            </w:r>
          </w:p>
        </w:tc>
      </w:tr>
    </w:tbl>
    <w:p w14:paraId="372098C1" w14:textId="0A70AA9B" w:rsidR="005E7336" w:rsidRPr="00EC0E6F" w:rsidRDefault="007D7AC8" w:rsidP="000719FF">
      <w:pPr>
        <w:wordWrap w:val="0"/>
        <w:autoSpaceDE w:val="0"/>
        <w:autoSpaceDN w:val="0"/>
        <w:spacing w:before="360" w:after="240" w:line="199" w:lineRule="exact"/>
        <w:ind w:left="187" w:right="232"/>
        <w:rPr>
          <w:lang w:val="sk-SK"/>
        </w:rPr>
      </w:pPr>
      <w:r w:rsidRPr="00EC0E6F">
        <w:rPr>
          <w:rFonts w:ascii="Calibri" w:eastAsia="Calibri" w:hAnsi="Calibri"/>
          <w:b/>
          <w:color w:val="000000"/>
          <w:sz w:val="20"/>
          <w:lang w:val="sk-SK"/>
        </w:rPr>
        <w:t>Vyhlasujem</w:t>
      </w:r>
      <w:r w:rsidRPr="00EC0E6F">
        <w:rPr>
          <w:rFonts w:ascii="Calibri" w:eastAsia="Calibri" w:hAnsi="Calibri"/>
          <w:b/>
          <w:color w:val="000000"/>
          <w:spacing w:val="-1"/>
          <w:sz w:val="20"/>
          <w:lang w:val="sk-SK"/>
        </w:rPr>
        <w:t>,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že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všetky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pacing w:val="1"/>
          <w:sz w:val="20"/>
          <w:lang w:val="sk-SK"/>
        </w:rPr>
        <w:t>mnou</w:t>
      </w:r>
      <w:r w:rsidRPr="00EC0E6F">
        <w:rPr>
          <w:rFonts w:ascii="Times New Roman" w:eastAsia="Times New Roman" w:hAnsi="Times New Roman"/>
          <w:b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uvedené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údaje</w:t>
      </w:r>
      <w:r w:rsidRPr="00EC0E6F">
        <w:rPr>
          <w:rFonts w:ascii="Times New Roman" w:eastAsia="Times New Roman" w:hAnsi="Times New Roman"/>
          <w:b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sú</w:t>
      </w:r>
      <w:r w:rsidRPr="00EC0E6F">
        <w:rPr>
          <w:rFonts w:ascii="Times New Roman" w:eastAsia="Times New Roman" w:hAnsi="Times New Roman"/>
          <w:b/>
          <w:color w:val="000000"/>
          <w:spacing w:val="-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pravdivé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pacing w:val="4"/>
          <w:sz w:val="20"/>
          <w:lang w:val="sk-SK"/>
        </w:rPr>
        <w:t>a</w:t>
      </w:r>
      <w:r w:rsidRPr="00EC0E6F">
        <w:rPr>
          <w:rFonts w:ascii="Times New Roman" w:eastAsia="Times New Roman" w:hAnsi="Times New Roman"/>
          <w:b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že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som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nezamlčal</w:t>
      </w:r>
      <w:r w:rsidR="00442120">
        <w:rPr>
          <w:rFonts w:ascii="Calibri" w:eastAsia="Calibri" w:hAnsi="Calibri"/>
          <w:b/>
          <w:color w:val="000000"/>
          <w:sz w:val="20"/>
          <w:lang w:val="sk-SK"/>
        </w:rPr>
        <w:t>/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a</w:t>
      </w:r>
      <w:r w:rsidR="00442120">
        <w:rPr>
          <w:rFonts w:ascii="Calibri" w:eastAsia="Calibri" w:hAnsi="Calibri"/>
          <w:b/>
          <w:color w:val="000000"/>
          <w:sz w:val="20"/>
          <w:lang w:val="sk-SK"/>
        </w:rPr>
        <w:t xml:space="preserve"> </w:t>
      </w:r>
      <w:r w:rsidRPr="00EC0E6F">
        <w:rPr>
          <w:rFonts w:ascii="Times New Roman" w:eastAsia="Times New Roman" w:hAnsi="Times New Roman"/>
          <w:b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závažné</w:t>
      </w:r>
      <w:r w:rsidRPr="00EC0E6F">
        <w:rPr>
          <w:rFonts w:ascii="Times New Roman" w:eastAsia="Times New Roman" w:hAnsi="Times New Roman"/>
          <w:b/>
          <w:color w:val="000000"/>
          <w:spacing w:val="-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skutočnosti</w:t>
      </w:r>
      <w:r w:rsidRPr="00EC0E6F">
        <w:rPr>
          <w:rFonts w:ascii="Calibri" w:eastAsia="Calibri" w:hAnsi="Calibri"/>
          <w:b/>
          <w:color w:val="000000"/>
          <w:spacing w:val="3"/>
          <w:sz w:val="20"/>
          <w:lang w:val="sk-SK"/>
        </w:rPr>
        <w:t>.</w:t>
      </w:r>
    </w:p>
    <w:p w14:paraId="584601C9" w14:textId="23C2B45F" w:rsidR="005E7336" w:rsidRPr="00682661" w:rsidRDefault="007D7AC8" w:rsidP="00682661">
      <w:pPr>
        <w:spacing w:after="120" w:line="240" w:lineRule="auto"/>
        <w:ind w:left="142" w:right="92"/>
        <w:jc w:val="both"/>
        <w:rPr>
          <w:rFonts w:ascii="Calibri" w:hAnsi="Calibri" w:cs="Calibri"/>
          <w:sz w:val="20"/>
          <w:szCs w:val="20"/>
          <w:lang w:val="sk-SK"/>
        </w:rPr>
      </w:pPr>
      <w:r w:rsidRPr="00682661">
        <w:rPr>
          <w:rFonts w:ascii="Calibri" w:hAnsi="Calibri" w:cs="Calibri"/>
          <w:sz w:val="20"/>
          <w:szCs w:val="20"/>
          <w:lang w:val="sk-SK"/>
        </w:rPr>
        <w:t xml:space="preserve">Osobné údaje v rozsahu Zápisného listu sú spracúvané v zmysle zákona č. </w:t>
      </w:r>
      <w:r w:rsidR="000427A8" w:rsidRPr="00682661">
        <w:rPr>
          <w:rFonts w:ascii="Calibri" w:hAnsi="Calibri" w:cs="Calibri"/>
          <w:sz w:val="20"/>
          <w:szCs w:val="20"/>
          <w:lang w:val="sk-SK"/>
        </w:rPr>
        <w:t>300</w:t>
      </w:r>
      <w:r w:rsidRPr="00682661">
        <w:rPr>
          <w:rFonts w:ascii="Calibri" w:hAnsi="Calibri" w:cs="Calibri"/>
          <w:sz w:val="20"/>
          <w:szCs w:val="20"/>
          <w:lang w:val="sk-SK"/>
        </w:rPr>
        <w:t>/202</w:t>
      </w:r>
      <w:r w:rsidR="000427A8" w:rsidRPr="00682661">
        <w:rPr>
          <w:rFonts w:ascii="Calibri" w:hAnsi="Calibri" w:cs="Calibri"/>
          <w:sz w:val="20"/>
          <w:szCs w:val="20"/>
          <w:lang w:val="sk-SK"/>
        </w:rPr>
        <w:t>5</w:t>
      </w:r>
      <w:r w:rsidRPr="00682661">
        <w:rPr>
          <w:rFonts w:ascii="Calibri" w:hAnsi="Calibri" w:cs="Calibri"/>
          <w:sz w:val="20"/>
          <w:szCs w:val="20"/>
          <w:lang w:val="sk-SK"/>
        </w:rPr>
        <w:t xml:space="preserve"> o vysokých školách a o zmene a</w:t>
      </w:r>
      <w:r w:rsidR="006F2501" w:rsidRPr="00682661">
        <w:rPr>
          <w:rFonts w:ascii="Calibri" w:hAnsi="Calibri" w:cs="Calibri"/>
          <w:sz w:val="20"/>
          <w:szCs w:val="20"/>
          <w:lang w:val="sk-SK"/>
        </w:rPr>
        <w:t> </w:t>
      </w:r>
      <w:r w:rsidRPr="00682661">
        <w:rPr>
          <w:rFonts w:ascii="Calibri" w:hAnsi="Calibri" w:cs="Calibri"/>
          <w:sz w:val="20"/>
          <w:szCs w:val="20"/>
          <w:lang w:val="sk-SK"/>
        </w:rPr>
        <w:t>doplnení</w:t>
      </w:r>
      <w:r w:rsidR="006F2501" w:rsidRPr="00682661">
        <w:rPr>
          <w:rFonts w:ascii="Calibri" w:hAnsi="Calibri" w:cs="Calibri"/>
          <w:sz w:val="20"/>
          <w:szCs w:val="20"/>
          <w:lang w:val="sk-SK"/>
        </w:rPr>
        <w:t xml:space="preserve"> </w:t>
      </w:r>
      <w:r w:rsidRPr="00682661">
        <w:rPr>
          <w:rFonts w:ascii="Calibri" w:hAnsi="Calibri" w:cs="Calibri"/>
          <w:sz w:val="20"/>
          <w:szCs w:val="20"/>
          <w:lang w:val="sk-SK"/>
        </w:rPr>
        <w:t>niektorých zákonov za účelom evidencie priebehu štúdia v Univerzitnom informačnom systéme, pre účely vedenia</w:t>
      </w:r>
      <w:r w:rsidR="004B7B99" w:rsidRPr="00682661">
        <w:rPr>
          <w:rFonts w:ascii="Calibri" w:hAnsi="Calibri" w:cs="Calibri"/>
          <w:sz w:val="20"/>
          <w:szCs w:val="20"/>
          <w:lang w:val="sk-SK"/>
        </w:rPr>
        <w:t xml:space="preserve"> Centrálneho</w:t>
      </w:r>
      <w:r w:rsidRPr="00682661">
        <w:rPr>
          <w:rFonts w:ascii="Calibri" w:hAnsi="Calibri" w:cs="Calibri"/>
          <w:sz w:val="20"/>
          <w:szCs w:val="20"/>
          <w:lang w:val="sk-SK"/>
        </w:rPr>
        <w:t xml:space="preserve"> registra</w:t>
      </w:r>
      <w:r w:rsidR="006F2501" w:rsidRPr="00682661">
        <w:rPr>
          <w:rFonts w:ascii="Calibri" w:hAnsi="Calibri" w:cs="Calibri"/>
          <w:sz w:val="20"/>
          <w:szCs w:val="20"/>
          <w:lang w:val="sk-SK"/>
        </w:rPr>
        <w:t xml:space="preserve"> </w:t>
      </w:r>
      <w:r w:rsidRPr="00682661">
        <w:rPr>
          <w:rFonts w:ascii="Calibri" w:hAnsi="Calibri" w:cs="Calibri"/>
          <w:sz w:val="20"/>
          <w:szCs w:val="20"/>
          <w:lang w:val="sk-SK"/>
        </w:rPr>
        <w:t xml:space="preserve">študentov </w:t>
      </w:r>
      <w:proofErr w:type="spellStart"/>
      <w:r w:rsidRPr="00682661">
        <w:rPr>
          <w:rFonts w:ascii="Calibri" w:hAnsi="Calibri" w:cs="Calibri"/>
          <w:sz w:val="20"/>
          <w:szCs w:val="20"/>
          <w:lang w:val="sk-SK"/>
        </w:rPr>
        <w:t>MŠVVa</w:t>
      </w:r>
      <w:r w:rsidR="00442120" w:rsidRPr="00682661">
        <w:rPr>
          <w:rFonts w:ascii="Calibri" w:hAnsi="Calibri" w:cs="Calibri"/>
          <w:sz w:val="20"/>
          <w:szCs w:val="20"/>
          <w:lang w:val="sk-SK"/>
        </w:rPr>
        <w:t>M</w:t>
      </w:r>
      <w:proofErr w:type="spellEnd"/>
      <w:r w:rsidRPr="00682661">
        <w:rPr>
          <w:rFonts w:ascii="Calibri" w:hAnsi="Calibri" w:cs="Calibri"/>
          <w:sz w:val="20"/>
          <w:szCs w:val="20"/>
          <w:lang w:val="sk-SK"/>
        </w:rPr>
        <w:t xml:space="preserve"> SR a spracúvania údajov v interných informačných systémoch univerzity.</w:t>
      </w:r>
    </w:p>
    <w:p w14:paraId="3AB9407B" w14:textId="26048B3E" w:rsidR="005B2885" w:rsidRPr="00682661" w:rsidRDefault="005B2885" w:rsidP="00682661">
      <w:pPr>
        <w:spacing w:after="120" w:line="240" w:lineRule="auto"/>
        <w:ind w:left="142" w:right="92"/>
        <w:jc w:val="both"/>
        <w:rPr>
          <w:rFonts w:ascii="Calibri" w:hAnsi="Calibri" w:cs="Calibri"/>
          <w:sz w:val="20"/>
          <w:szCs w:val="20"/>
          <w:lang w:val="sk-SK"/>
        </w:rPr>
      </w:pPr>
      <w:r w:rsidRPr="00682661">
        <w:rPr>
          <w:rFonts w:ascii="Calibri" w:hAnsi="Calibri" w:cs="Calibri"/>
          <w:sz w:val="20"/>
          <w:szCs w:val="20"/>
          <w:lang w:val="sk-SK"/>
        </w:rPr>
        <w:t xml:space="preserve">Krízový kontakt na tretiu osobu (je </w:t>
      </w:r>
      <w:r w:rsidR="00B11846" w:rsidRPr="00682661">
        <w:rPr>
          <w:rFonts w:ascii="Calibri" w:hAnsi="Calibri" w:cs="Calibri"/>
          <w:sz w:val="20"/>
          <w:szCs w:val="20"/>
          <w:lang w:val="sk-SK"/>
        </w:rPr>
        <w:t xml:space="preserve">dobrovoľný údaj, </w:t>
      </w:r>
      <w:r w:rsidRPr="00682661">
        <w:rPr>
          <w:rFonts w:ascii="Calibri" w:hAnsi="Calibri" w:cs="Calibri"/>
          <w:sz w:val="20"/>
          <w:szCs w:val="20"/>
          <w:lang w:val="sk-SK"/>
        </w:rPr>
        <w:t>na účel ochrany životne dôležitých záujmov študenta) je spracúvaný v zmysle Nariade</w:t>
      </w:r>
      <w:r w:rsidR="006F2501" w:rsidRPr="00682661">
        <w:rPr>
          <w:rFonts w:ascii="Calibri" w:hAnsi="Calibri" w:cs="Calibri"/>
          <w:sz w:val="20"/>
          <w:szCs w:val="20"/>
          <w:lang w:val="sk-SK"/>
        </w:rPr>
        <w:t>nia</w:t>
      </w:r>
      <w:r w:rsidR="000427A8" w:rsidRPr="00682661">
        <w:rPr>
          <w:rFonts w:ascii="Calibri" w:hAnsi="Calibri" w:cs="Calibri"/>
          <w:sz w:val="20"/>
          <w:szCs w:val="20"/>
          <w:lang w:val="sk-SK"/>
        </w:rPr>
        <w:t xml:space="preserve"> </w:t>
      </w:r>
      <w:proofErr w:type="spellStart"/>
      <w:r w:rsidR="000427A8" w:rsidRPr="00682661">
        <w:rPr>
          <w:rFonts w:ascii="Calibri" w:hAnsi="Calibri" w:cs="Calibri"/>
          <w:sz w:val="20"/>
          <w:szCs w:val="20"/>
          <w:lang w:val="sk-SK"/>
        </w:rPr>
        <w:t>EPaR</w:t>
      </w:r>
      <w:proofErr w:type="spellEnd"/>
      <w:r w:rsidR="000427A8" w:rsidRPr="00682661">
        <w:rPr>
          <w:rFonts w:ascii="Calibri" w:hAnsi="Calibri" w:cs="Calibri"/>
          <w:sz w:val="20"/>
          <w:szCs w:val="20"/>
          <w:lang w:val="sk-SK"/>
        </w:rPr>
        <w:t xml:space="preserve"> EÚ 2016/679 o ochrane fyzických osôb pri spracúvaní osobných údajov a o voľnom pohybe takýchto údajov</w:t>
      </w:r>
      <w:r w:rsidRPr="00682661">
        <w:rPr>
          <w:rFonts w:ascii="Calibri" w:hAnsi="Calibri" w:cs="Calibri"/>
          <w:sz w:val="20"/>
          <w:szCs w:val="20"/>
          <w:lang w:val="sk-SK"/>
        </w:rPr>
        <w:t xml:space="preserve"> čl.6 bod 1d)</w:t>
      </w:r>
      <w:r w:rsidR="00E83DDB" w:rsidRPr="00682661">
        <w:rPr>
          <w:rFonts w:ascii="Calibri" w:hAnsi="Calibri" w:cs="Calibri"/>
          <w:sz w:val="20"/>
          <w:szCs w:val="20"/>
          <w:lang w:val="sk-SK"/>
        </w:rPr>
        <w:t>, použitý len v čase núdze a ohrozenia životne dôležitých funkcií.</w:t>
      </w:r>
    </w:p>
    <w:p w14:paraId="21281779" w14:textId="7806F8F9" w:rsidR="005E7336" w:rsidRPr="00682661" w:rsidRDefault="007D7AC8" w:rsidP="00682661">
      <w:pPr>
        <w:spacing w:after="120" w:line="240" w:lineRule="auto"/>
        <w:ind w:left="142" w:right="92"/>
        <w:jc w:val="both"/>
        <w:rPr>
          <w:rFonts w:ascii="Calibri" w:hAnsi="Calibri" w:cs="Calibri"/>
          <w:sz w:val="20"/>
          <w:szCs w:val="20"/>
          <w:lang w:val="sk-SK"/>
        </w:rPr>
      </w:pPr>
      <w:r w:rsidRPr="00682661">
        <w:rPr>
          <w:rFonts w:ascii="Calibri" w:hAnsi="Calibri" w:cs="Calibri"/>
          <w:sz w:val="20"/>
          <w:szCs w:val="20"/>
          <w:lang w:val="sk-SK"/>
        </w:rPr>
        <w:t xml:space="preserve">Všetky osobné údaje budú archivované a likvidované v súlade s Registratúrnym poriadkom univerzity. </w:t>
      </w:r>
      <w:r w:rsidR="00682661">
        <w:rPr>
          <w:rFonts w:ascii="Calibri" w:hAnsi="Calibri" w:cs="Calibri"/>
          <w:sz w:val="20"/>
          <w:szCs w:val="20"/>
          <w:lang w:val="sk-SK"/>
        </w:rPr>
        <w:t>S i</w:t>
      </w:r>
      <w:r w:rsidRPr="00682661">
        <w:rPr>
          <w:rFonts w:ascii="Calibri" w:hAnsi="Calibri" w:cs="Calibri"/>
          <w:sz w:val="20"/>
          <w:szCs w:val="20"/>
          <w:lang w:val="sk-SK"/>
        </w:rPr>
        <w:t>nformáci</w:t>
      </w:r>
      <w:r w:rsidR="00682661">
        <w:rPr>
          <w:rFonts w:ascii="Calibri" w:hAnsi="Calibri" w:cs="Calibri"/>
          <w:sz w:val="20"/>
          <w:szCs w:val="20"/>
          <w:lang w:val="sk-SK"/>
        </w:rPr>
        <w:t>ami</w:t>
      </w:r>
      <w:r w:rsidRPr="00682661">
        <w:rPr>
          <w:rFonts w:ascii="Calibri" w:hAnsi="Calibri" w:cs="Calibri"/>
          <w:sz w:val="20"/>
          <w:szCs w:val="20"/>
          <w:lang w:val="sk-SK"/>
        </w:rPr>
        <w:t xml:space="preserve"> o</w:t>
      </w:r>
      <w:r w:rsidR="00682661">
        <w:rPr>
          <w:rFonts w:ascii="Calibri" w:hAnsi="Calibri" w:cs="Calibri"/>
          <w:sz w:val="20"/>
          <w:szCs w:val="20"/>
          <w:lang w:val="sk-SK"/>
        </w:rPr>
        <w:t> </w:t>
      </w:r>
      <w:r w:rsidRPr="00682661">
        <w:rPr>
          <w:rFonts w:ascii="Calibri" w:hAnsi="Calibri" w:cs="Calibri"/>
          <w:sz w:val="20"/>
          <w:szCs w:val="20"/>
          <w:lang w:val="sk-SK"/>
        </w:rPr>
        <w:t>právach</w:t>
      </w:r>
      <w:r w:rsidR="00682661">
        <w:rPr>
          <w:rFonts w:ascii="Calibri" w:hAnsi="Calibri" w:cs="Calibri"/>
          <w:sz w:val="20"/>
          <w:szCs w:val="20"/>
          <w:lang w:val="sk-SK"/>
        </w:rPr>
        <w:t xml:space="preserve"> </w:t>
      </w:r>
      <w:r w:rsidRPr="00682661">
        <w:rPr>
          <w:rFonts w:ascii="Calibri" w:hAnsi="Calibri" w:cs="Calibri"/>
          <w:sz w:val="20"/>
          <w:szCs w:val="20"/>
          <w:lang w:val="sk-SK"/>
        </w:rPr>
        <w:t>dotknutej osoby s</w:t>
      </w:r>
      <w:r w:rsidR="00682661">
        <w:rPr>
          <w:rFonts w:ascii="Calibri" w:hAnsi="Calibri" w:cs="Calibri"/>
          <w:sz w:val="20"/>
          <w:szCs w:val="20"/>
          <w:lang w:val="sk-SK"/>
        </w:rPr>
        <w:t>om sa oboznámil/a</w:t>
      </w:r>
      <w:r w:rsidRPr="00682661">
        <w:rPr>
          <w:rFonts w:ascii="Calibri" w:hAnsi="Calibri" w:cs="Calibri"/>
          <w:sz w:val="20"/>
          <w:szCs w:val="20"/>
          <w:lang w:val="sk-SK"/>
        </w:rPr>
        <w:t xml:space="preserve"> na </w:t>
      </w:r>
      <w:hyperlink r:id="rId6" w:history="1">
        <w:r w:rsidRPr="00682661">
          <w:rPr>
            <w:rStyle w:val="Hypertextovprepojenie"/>
            <w:rFonts w:ascii="Calibri" w:hAnsi="Calibri" w:cs="Calibri"/>
            <w:sz w:val="20"/>
            <w:szCs w:val="20"/>
            <w:lang w:val="sk-SK"/>
          </w:rPr>
          <w:t>https</w:t>
        </w:r>
      </w:hyperlink>
      <w:hyperlink r:id="rId7" w:history="1">
        <w:r w:rsidRPr="00682661">
          <w:rPr>
            <w:rStyle w:val="Hypertextovprepojenie"/>
            <w:rFonts w:ascii="Calibri" w:hAnsi="Calibri" w:cs="Calibri"/>
            <w:sz w:val="20"/>
            <w:szCs w:val="20"/>
            <w:lang w:val="sk-SK"/>
          </w:rPr>
          <w:t>://</w:t>
        </w:r>
      </w:hyperlink>
      <w:hyperlink r:id="rId8" w:history="1">
        <w:r w:rsidRPr="00682661">
          <w:rPr>
            <w:rStyle w:val="Hypertextovprepojenie"/>
            <w:rFonts w:ascii="Calibri" w:hAnsi="Calibri" w:cs="Calibri"/>
            <w:sz w:val="20"/>
            <w:szCs w:val="20"/>
            <w:lang w:val="sk-SK"/>
          </w:rPr>
          <w:t>www</w:t>
        </w:r>
      </w:hyperlink>
      <w:hyperlink r:id="rId9" w:history="1">
        <w:r w:rsidRPr="00682661">
          <w:rPr>
            <w:rStyle w:val="Hypertextovprepojenie"/>
            <w:rFonts w:ascii="Calibri" w:hAnsi="Calibri" w:cs="Calibri"/>
            <w:sz w:val="20"/>
            <w:szCs w:val="20"/>
            <w:lang w:val="sk-SK"/>
          </w:rPr>
          <w:t>.</w:t>
        </w:r>
      </w:hyperlink>
      <w:hyperlink r:id="rId10" w:history="1">
        <w:r w:rsidRPr="00682661">
          <w:rPr>
            <w:rStyle w:val="Hypertextovprepojenie"/>
            <w:rFonts w:ascii="Calibri" w:hAnsi="Calibri" w:cs="Calibri"/>
            <w:sz w:val="20"/>
            <w:szCs w:val="20"/>
            <w:lang w:val="sk-SK"/>
          </w:rPr>
          <w:t>tuzvo</w:t>
        </w:r>
      </w:hyperlink>
      <w:hyperlink r:id="rId11" w:history="1">
        <w:r w:rsidRPr="00682661">
          <w:rPr>
            <w:rStyle w:val="Hypertextovprepojenie"/>
            <w:rFonts w:ascii="Calibri" w:hAnsi="Calibri" w:cs="Calibri"/>
            <w:sz w:val="20"/>
            <w:szCs w:val="20"/>
            <w:lang w:val="sk-SK"/>
          </w:rPr>
          <w:t>.</w:t>
        </w:r>
      </w:hyperlink>
      <w:hyperlink r:id="rId12" w:history="1">
        <w:r w:rsidRPr="00682661">
          <w:rPr>
            <w:rStyle w:val="Hypertextovprepojenie"/>
            <w:rFonts w:ascii="Calibri" w:hAnsi="Calibri" w:cs="Calibri"/>
            <w:sz w:val="20"/>
            <w:szCs w:val="20"/>
            <w:lang w:val="sk-SK"/>
          </w:rPr>
          <w:t>sk</w:t>
        </w:r>
      </w:hyperlink>
      <w:hyperlink r:id="rId13" w:history="1">
        <w:r w:rsidRPr="00682661">
          <w:rPr>
            <w:rStyle w:val="Hypertextovprepojenie"/>
            <w:rFonts w:ascii="Calibri" w:hAnsi="Calibri" w:cs="Calibri"/>
            <w:sz w:val="20"/>
            <w:szCs w:val="20"/>
            <w:lang w:val="sk-SK"/>
          </w:rPr>
          <w:t>/</w:t>
        </w:r>
      </w:hyperlink>
      <w:hyperlink r:id="rId14" w:history="1">
        <w:r w:rsidRPr="00682661">
          <w:rPr>
            <w:rStyle w:val="Hypertextovprepojenie"/>
            <w:rFonts w:ascii="Calibri" w:hAnsi="Calibri" w:cs="Calibri"/>
            <w:sz w:val="20"/>
            <w:szCs w:val="20"/>
            <w:lang w:val="sk-SK"/>
          </w:rPr>
          <w:t>sk</w:t>
        </w:r>
      </w:hyperlink>
      <w:hyperlink r:id="rId15" w:history="1">
        <w:r w:rsidRPr="00682661">
          <w:rPr>
            <w:rStyle w:val="Hypertextovprepojenie"/>
            <w:rFonts w:ascii="Calibri" w:hAnsi="Calibri" w:cs="Calibri"/>
            <w:sz w:val="20"/>
            <w:szCs w:val="20"/>
            <w:lang w:val="sk-SK"/>
          </w:rPr>
          <w:t>/</w:t>
        </w:r>
      </w:hyperlink>
      <w:hyperlink r:id="rId16" w:history="1">
        <w:r w:rsidRPr="00682661">
          <w:rPr>
            <w:rStyle w:val="Hypertextovprepojenie"/>
            <w:rFonts w:ascii="Calibri" w:hAnsi="Calibri" w:cs="Calibri"/>
            <w:sz w:val="20"/>
            <w:szCs w:val="20"/>
            <w:lang w:val="sk-SK"/>
          </w:rPr>
          <w:t>ochrana</w:t>
        </w:r>
      </w:hyperlink>
      <w:hyperlink r:id="rId17" w:history="1">
        <w:r w:rsidRPr="00682661">
          <w:rPr>
            <w:rStyle w:val="Hypertextovprepojenie"/>
            <w:rFonts w:ascii="Calibri" w:hAnsi="Calibri" w:cs="Calibri"/>
            <w:sz w:val="20"/>
            <w:szCs w:val="20"/>
            <w:lang w:val="sk-SK"/>
          </w:rPr>
          <w:t>-</w:t>
        </w:r>
      </w:hyperlink>
      <w:hyperlink r:id="rId18" w:history="1">
        <w:r w:rsidRPr="00682661">
          <w:rPr>
            <w:rStyle w:val="Hypertextovprepojenie"/>
            <w:rFonts w:ascii="Calibri" w:hAnsi="Calibri" w:cs="Calibri"/>
            <w:sz w:val="20"/>
            <w:szCs w:val="20"/>
            <w:lang w:val="sk-SK"/>
          </w:rPr>
          <w:t>osobnych</w:t>
        </w:r>
      </w:hyperlink>
      <w:hyperlink r:id="rId19" w:history="1">
        <w:r w:rsidRPr="00682661">
          <w:rPr>
            <w:rStyle w:val="Hypertextovprepojenie"/>
            <w:rFonts w:ascii="Calibri" w:hAnsi="Calibri" w:cs="Calibri"/>
            <w:sz w:val="20"/>
            <w:szCs w:val="20"/>
            <w:lang w:val="sk-SK"/>
          </w:rPr>
          <w:t>-</w:t>
        </w:r>
      </w:hyperlink>
      <w:hyperlink r:id="rId20" w:history="1">
        <w:r w:rsidRPr="00682661">
          <w:rPr>
            <w:rStyle w:val="Hypertextovprepojenie"/>
            <w:rFonts w:ascii="Calibri" w:hAnsi="Calibri" w:cs="Calibri"/>
            <w:sz w:val="20"/>
            <w:szCs w:val="20"/>
            <w:lang w:val="sk-SK"/>
          </w:rPr>
          <w:t>udajov</w:t>
        </w:r>
      </w:hyperlink>
      <w:r w:rsidRPr="00682661">
        <w:rPr>
          <w:rFonts w:ascii="Calibri" w:hAnsi="Calibri" w:cs="Calibri"/>
          <w:sz w:val="20"/>
          <w:szCs w:val="20"/>
          <w:lang w:val="sk-SK"/>
        </w:rPr>
        <w:t xml:space="preserve"> a som si vedomý</w:t>
      </w:r>
      <w:r w:rsidR="006F2501" w:rsidRPr="00682661">
        <w:rPr>
          <w:rFonts w:ascii="Calibri" w:hAnsi="Calibri" w:cs="Calibri"/>
          <w:sz w:val="20"/>
          <w:szCs w:val="20"/>
          <w:lang w:val="sk-SK"/>
        </w:rPr>
        <w:t>/á</w:t>
      </w:r>
      <w:r w:rsidRPr="00682661">
        <w:rPr>
          <w:rFonts w:ascii="Calibri" w:hAnsi="Calibri" w:cs="Calibri"/>
          <w:sz w:val="20"/>
          <w:szCs w:val="20"/>
          <w:lang w:val="sk-SK"/>
        </w:rPr>
        <w:t xml:space="preserve"> týchto práv.</w:t>
      </w:r>
    </w:p>
    <w:p w14:paraId="1A194A83" w14:textId="6118712C" w:rsidR="005E7336" w:rsidRPr="00EC0E6F" w:rsidRDefault="007D7AC8" w:rsidP="000719FF">
      <w:pPr>
        <w:wordWrap w:val="0"/>
        <w:autoSpaceDE w:val="0"/>
        <w:autoSpaceDN w:val="0"/>
        <w:spacing w:before="1200" w:after="103" w:line="221" w:lineRule="exact"/>
        <w:ind w:left="187"/>
        <w:rPr>
          <w:lang w:val="sk-SK"/>
        </w:rPr>
      </w:pPr>
      <w:r w:rsidRPr="00EC0E6F">
        <w:rPr>
          <w:rFonts w:ascii="Calibri" w:eastAsia="Calibri" w:hAnsi="Calibri"/>
          <w:color w:val="000000"/>
          <w:lang w:val="sk-SK"/>
        </w:rPr>
        <w:t>Dátum</w:t>
      </w:r>
      <w:r w:rsidRPr="00EC0E6F">
        <w:rPr>
          <w:rFonts w:ascii="Calibri" w:eastAsia="Calibri" w:hAnsi="Calibri"/>
          <w:color w:val="000000"/>
          <w:w w:val="102"/>
          <w:lang w:val="sk-SK"/>
        </w:rPr>
        <w:t>: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...........................................</w:t>
      </w:r>
      <w:r w:rsidRPr="00EC0E6F">
        <w:rPr>
          <w:rFonts w:ascii="Times New Roman" w:eastAsia="Times New Roman" w:hAnsi="Times New Roman"/>
          <w:color w:val="000000"/>
          <w:spacing w:val="2797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Podpis</w:t>
      </w:r>
      <w:r w:rsidRPr="00EC0E6F">
        <w:rPr>
          <w:rFonts w:ascii="Calibri" w:eastAsia="Calibri" w:hAnsi="Calibri"/>
          <w:color w:val="000000"/>
          <w:w w:val="102"/>
          <w:lang w:val="sk-SK"/>
        </w:rPr>
        <w:t>: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...............................................................</w:t>
      </w:r>
    </w:p>
    <w:p w14:paraId="019D255D" w14:textId="6DE4B0B0" w:rsidR="00E83DDB" w:rsidRPr="000719FF" w:rsidRDefault="007D7AC8" w:rsidP="000719FF">
      <w:pPr>
        <w:wordWrap w:val="0"/>
        <w:autoSpaceDE w:val="0"/>
        <w:autoSpaceDN w:val="0"/>
        <w:spacing w:before="360" w:after="41" w:line="199" w:lineRule="exact"/>
        <w:ind w:left="187"/>
        <w:rPr>
          <w:rFonts w:ascii="Calibri" w:eastAsia="Calibri" w:hAnsi="Calibri"/>
          <w:b/>
          <w:color w:val="000000"/>
          <w:spacing w:val="1"/>
          <w:sz w:val="20"/>
          <w:lang w:val="sk-SK"/>
        </w:rPr>
      </w:pPr>
      <w:r w:rsidRPr="00EC0E6F">
        <w:rPr>
          <w:rFonts w:ascii="Calibri" w:eastAsia="Calibri" w:hAnsi="Calibri"/>
          <w:b/>
          <w:color w:val="000000"/>
          <w:sz w:val="20"/>
          <w:lang w:val="sk-SK"/>
        </w:rPr>
        <w:t>Poznámka: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Každú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zmenu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pacing w:val="2"/>
          <w:sz w:val="20"/>
          <w:lang w:val="sk-SK"/>
        </w:rPr>
        <w:t>v</w:t>
      </w:r>
      <w:r w:rsidRPr="00EC0E6F">
        <w:rPr>
          <w:rFonts w:ascii="Times New Roman" w:eastAsia="Times New Roman" w:hAnsi="Times New Roman"/>
          <w:b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údajoch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je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študent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povinný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oznámiť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písomne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na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dekanáte</w:t>
      </w:r>
      <w:r w:rsidRPr="00EC0E6F">
        <w:rPr>
          <w:rFonts w:ascii="Times New Roman" w:eastAsia="Times New Roman" w:hAnsi="Times New Roman"/>
          <w:b/>
          <w:color w:val="000000"/>
          <w:spacing w:val="-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príslušnej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pacing w:val="1"/>
          <w:sz w:val="20"/>
          <w:lang w:val="sk-SK"/>
        </w:rPr>
        <w:t>fakulty</w:t>
      </w:r>
    </w:p>
    <w:sectPr w:rsidR="00E83DDB" w:rsidRPr="000719FF" w:rsidSect="00932262">
      <w:pgSz w:w="11906" w:h="16838"/>
      <w:pgMar w:top="158" w:right="519" w:bottom="244" w:left="663" w:header="720" w:footer="720" w:gutter="0"/>
      <w:cols w:space="720" w:equalWidth="0">
        <w:col w:w="1072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B907EEB-058B-4461-857A-0FEB8EB6ED3C}"/>
    <w:embedBold r:id="rId2" w:fontKey="{B2408B18-D1A7-493D-AE01-8F4D98EE4047}"/>
    <w:embedItalic r:id="rId3" w:fontKey="{65758D52-33B5-4D3E-8A5A-2F3EBBAE22BB}"/>
    <w:embedBoldItalic r:id="rId4" w:fontKey="{30F694A7-EC74-48DC-9C4A-3BA4EA42E57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23C6D07"/>
    <w:multiLevelType w:val="hybridMultilevel"/>
    <w:tmpl w:val="83B4F484"/>
    <w:lvl w:ilvl="0" w:tplc="B11AD1D6">
      <w:start w:val="5"/>
      <w:numFmt w:val="bullet"/>
      <w:lvlText w:val=""/>
      <w:lvlJc w:val="left"/>
      <w:pPr>
        <w:ind w:left="546" w:hanging="360"/>
      </w:pPr>
      <w:rPr>
        <w:rFonts w:ascii="Symbol" w:eastAsia="Calibr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2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7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306" w:hanging="360"/>
      </w:pPr>
      <w:rPr>
        <w:rFonts w:ascii="Wingdings" w:hAnsi="Wingdings" w:hint="default"/>
      </w:rPr>
    </w:lvl>
  </w:abstractNum>
  <w:num w:numId="1" w16cid:durableId="990258099">
    <w:abstractNumId w:val="8"/>
  </w:num>
  <w:num w:numId="2" w16cid:durableId="1448357669">
    <w:abstractNumId w:val="6"/>
  </w:num>
  <w:num w:numId="3" w16cid:durableId="2076511242">
    <w:abstractNumId w:val="5"/>
  </w:num>
  <w:num w:numId="4" w16cid:durableId="1069382721">
    <w:abstractNumId w:val="4"/>
  </w:num>
  <w:num w:numId="5" w16cid:durableId="1444610756">
    <w:abstractNumId w:val="7"/>
  </w:num>
  <w:num w:numId="6" w16cid:durableId="1857302592">
    <w:abstractNumId w:val="3"/>
  </w:num>
  <w:num w:numId="7" w16cid:durableId="623465917">
    <w:abstractNumId w:val="2"/>
  </w:num>
  <w:num w:numId="8" w16cid:durableId="474420086">
    <w:abstractNumId w:val="1"/>
  </w:num>
  <w:num w:numId="9" w16cid:durableId="746728041">
    <w:abstractNumId w:val="0"/>
  </w:num>
  <w:num w:numId="10" w16cid:durableId="15734202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hyphenationZone w:val="425"/>
  <w:noPunctuationKerning/>
  <w:characterSpacingControl w:val="doNotCompress"/>
  <w:savePreviewPicture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2440"/>
    <w:rsid w:val="00034616"/>
    <w:rsid w:val="000427A8"/>
    <w:rsid w:val="0006063C"/>
    <w:rsid w:val="000719FF"/>
    <w:rsid w:val="000F4B3B"/>
    <w:rsid w:val="0015074B"/>
    <w:rsid w:val="0018426D"/>
    <w:rsid w:val="00191706"/>
    <w:rsid w:val="00263E9B"/>
    <w:rsid w:val="0029639D"/>
    <w:rsid w:val="002B31DD"/>
    <w:rsid w:val="00326F90"/>
    <w:rsid w:val="00442120"/>
    <w:rsid w:val="00496735"/>
    <w:rsid w:val="004B7B99"/>
    <w:rsid w:val="005B2885"/>
    <w:rsid w:val="005E7336"/>
    <w:rsid w:val="00682661"/>
    <w:rsid w:val="00686064"/>
    <w:rsid w:val="006A1A41"/>
    <w:rsid w:val="006A6491"/>
    <w:rsid w:val="006F08C2"/>
    <w:rsid w:val="006F2501"/>
    <w:rsid w:val="007B3D44"/>
    <w:rsid w:val="007C29AA"/>
    <w:rsid w:val="007D7AC8"/>
    <w:rsid w:val="007F08AF"/>
    <w:rsid w:val="00893D13"/>
    <w:rsid w:val="008F13E5"/>
    <w:rsid w:val="00932262"/>
    <w:rsid w:val="00937FB6"/>
    <w:rsid w:val="009612E0"/>
    <w:rsid w:val="00A81642"/>
    <w:rsid w:val="00AA1D8D"/>
    <w:rsid w:val="00AA78AB"/>
    <w:rsid w:val="00AB59A9"/>
    <w:rsid w:val="00B11846"/>
    <w:rsid w:val="00B47730"/>
    <w:rsid w:val="00CB0664"/>
    <w:rsid w:val="00CD00C0"/>
    <w:rsid w:val="00DF0E18"/>
    <w:rsid w:val="00E3218B"/>
    <w:rsid w:val="00E83DDB"/>
    <w:rsid w:val="00EB70EE"/>
    <w:rsid w:val="00EC0E6F"/>
    <w:rsid w:val="00F676C1"/>
    <w:rsid w:val="00FC693F"/>
    <w:rsid w:val="00FE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9ED9D5"/>
  <w14:defaultImageDpi w14:val="300"/>
  <w15:docId w15:val="{8B522244-8B01-4B1F-AA0B-4EE8765A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FC693F"/>
  </w:style>
  <w:style w:type="paragraph" w:styleId="Nadpis1">
    <w:name w:val="heading 1"/>
    <w:basedOn w:val="Normlny"/>
    <w:next w:val="Normlny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618BF"/>
  </w:style>
  <w:style w:type="paragraph" w:styleId="Pta">
    <w:name w:val="footer"/>
    <w:basedOn w:val="Normlny"/>
    <w:link w:val="Pta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618BF"/>
  </w:style>
  <w:style w:type="paragraph" w:styleId="Bezriadkovania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Predvolenpsmoodseku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ov">
    <w:name w:val="Title"/>
    <w:basedOn w:val="Normlny"/>
    <w:next w:val="Normlny"/>
    <w:link w:val="Nzo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ekzoznamu">
    <w:name w:val="List Paragraph"/>
    <w:basedOn w:val="Normlny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y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AA1D8D"/>
  </w:style>
  <w:style w:type="paragraph" w:styleId="Zkladntext2">
    <w:name w:val="Body Text 2"/>
    <w:basedOn w:val="Normlny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AA1D8D"/>
  </w:style>
  <w:style w:type="paragraph" w:styleId="Zkladntext3">
    <w:name w:val="Body Text 3"/>
    <w:basedOn w:val="Normlny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AA1D8D"/>
    <w:rPr>
      <w:sz w:val="16"/>
      <w:szCs w:val="16"/>
    </w:rPr>
  </w:style>
  <w:style w:type="paragraph" w:styleId="Zoznam">
    <w:name w:val="List"/>
    <w:basedOn w:val="Normlny"/>
    <w:uiPriority w:val="99"/>
    <w:unhideWhenUsed/>
    <w:rsid w:val="00AA1D8D"/>
    <w:pPr>
      <w:ind w:left="360" w:hanging="360"/>
      <w:contextualSpacing/>
    </w:pPr>
  </w:style>
  <w:style w:type="paragraph" w:styleId="Zoznam2">
    <w:name w:val="List 2"/>
    <w:basedOn w:val="Normlny"/>
    <w:uiPriority w:val="99"/>
    <w:unhideWhenUsed/>
    <w:rsid w:val="00326F90"/>
    <w:pPr>
      <w:ind w:left="720" w:hanging="360"/>
      <w:contextualSpacing/>
    </w:pPr>
  </w:style>
  <w:style w:type="paragraph" w:styleId="Zoznam3">
    <w:name w:val="List 3"/>
    <w:basedOn w:val="Normlny"/>
    <w:uiPriority w:val="99"/>
    <w:unhideWhenUsed/>
    <w:rsid w:val="00326F90"/>
    <w:pPr>
      <w:ind w:left="1080" w:hanging="360"/>
      <w:contextualSpacing/>
    </w:pPr>
  </w:style>
  <w:style w:type="paragraph" w:styleId="Zoznamsodrkami">
    <w:name w:val="List Bullet"/>
    <w:basedOn w:val="Normlny"/>
    <w:uiPriority w:val="99"/>
    <w:unhideWhenUsed/>
    <w:rsid w:val="00326F90"/>
    <w:pPr>
      <w:numPr>
        <w:numId w:val="1"/>
      </w:numPr>
      <w:contextualSpacing/>
    </w:pPr>
  </w:style>
  <w:style w:type="paragraph" w:styleId="Zoznamsodrkami2">
    <w:name w:val="List Bullet 2"/>
    <w:basedOn w:val="Normlny"/>
    <w:uiPriority w:val="99"/>
    <w:unhideWhenUsed/>
    <w:rsid w:val="00326F90"/>
    <w:pPr>
      <w:numPr>
        <w:numId w:val="2"/>
      </w:numPr>
      <w:contextualSpacing/>
    </w:pPr>
  </w:style>
  <w:style w:type="paragraph" w:styleId="Zoznamsodrkami3">
    <w:name w:val="List Bullet 3"/>
    <w:basedOn w:val="Normlny"/>
    <w:uiPriority w:val="99"/>
    <w:unhideWhenUsed/>
    <w:rsid w:val="00326F90"/>
    <w:pPr>
      <w:numPr>
        <w:numId w:val="3"/>
      </w:numPr>
      <w:contextualSpacing/>
    </w:pPr>
  </w:style>
  <w:style w:type="paragraph" w:styleId="slovanzoznam">
    <w:name w:val="List Number"/>
    <w:basedOn w:val="Normlny"/>
    <w:uiPriority w:val="99"/>
    <w:unhideWhenUsed/>
    <w:rsid w:val="00326F90"/>
    <w:pPr>
      <w:numPr>
        <w:numId w:val="5"/>
      </w:numPr>
      <w:contextualSpacing/>
    </w:pPr>
  </w:style>
  <w:style w:type="paragraph" w:styleId="slovanzoznam2">
    <w:name w:val="List Number 2"/>
    <w:basedOn w:val="Normlny"/>
    <w:uiPriority w:val="99"/>
    <w:unhideWhenUsed/>
    <w:rsid w:val="0029639D"/>
    <w:pPr>
      <w:numPr>
        <w:numId w:val="6"/>
      </w:numPr>
      <w:contextualSpacing/>
    </w:pPr>
  </w:style>
  <w:style w:type="paragraph" w:styleId="slovanzoznam3">
    <w:name w:val="List Number 3"/>
    <w:basedOn w:val="Normlny"/>
    <w:uiPriority w:val="99"/>
    <w:unhideWhenUsed/>
    <w:rsid w:val="0029639D"/>
    <w:pPr>
      <w:numPr>
        <w:numId w:val="7"/>
      </w:numPr>
      <w:contextualSpacing/>
    </w:pPr>
  </w:style>
  <w:style w:type="paragraph" w:styleId="Pokraovaniezoznamu">
    <w:name w:val="List Continue"/>
    <w:basedOn w:val="Normlny"/>
    <w:uiPriority w:val="99"/>
    <w:unhideWhenUsed/>
    <w:rsid w:val="0029639D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unhideWhenUsed/>
    <w:rsid w:val="0029639D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cia">
    <w:name w:val="Quote"/>
    <w:basedOn w:val="Normlny"/>
    <w:next w:val="Normlny"/>
    <w:link w:val="CitciaChar"/>
    <w:uiPriority w:val="29"/>
    <w:qFormat/>
    <w:rsid w:val="00FC693F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Vrazn">
    <w:name w:val="Strong"/>
    <w:basedOn w:val="Predvolenpsmoodseku"/>
    <w:uiPriority w:val="22"/>
    <w:qFormat/>
    <w:rsid w:val="00FC693F"/>
    <w:rPr>
      <w:b/>
      <w:bCs/>
    </w:rPr>
  </w:style>
  <w:style w:type="character" w:styleId="Zvraznenie">
    <w:name w:val="Emphasis"/>
    <w:basedOn w:val="Predvolenpsmoodseku"/>
    <w:uiPriority w:val="20"/>
    <w:qFormat/>
    <w:rsid w:val="00FC693F"/>
    <w:rPr>
      <w:i/>
      <w:iCs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C693F"/>
    <w:rPr>
      <w:b/>
      <w:bCs/>
      <w:i/>
      <w:iCs/>
      <w:color w:val="4F81BD" w:themeColor="accent1"/>
    </w:rPr>
  </w:style>
  <w:style w:type="character" w:styleId="Jemnzvraznenie">
    <w:name w:val="Subtle Emphasis"/>
    <w:basedOn w:val="Predvolenpsmoodseku"/>
    <w:uiPriority w:val="19"/>
    <w:qFormat/>
    <w:rsid w:val="00FC693F"/>
    <w:rPr>
      <w:i/>
      <w:iCs/>
      <w:color w:val="808080" w:themeColor="text1" w:themeTint="7F"/>
    </w:rPr>
  </w:style>
  <w:style w:type="character" w:styleId="Intenzvnezvraznenie">
    <w:name w:val="Intense Emphasis"/>
    <w:basedOn w:val="Predvolenpsmoodseku"/>
    <w:uiPriority w:val="21"/>
    <w:qFormat/>
    <w:rsid w:val="00FC693F"/>
    <w:rPr>
      <w:b/>
      <w:bCs/>
      <w:i/>
      <w:iCs/>
      <w:color w:val="4F81BD" w:themeColor="accent1"/>
    </w:rPr>
  </w:style>
  <w:style w:type="character" w:styleId="Jemnodkaz">
    <w:name w:val="Subtle Reference"/>
    <w:basedOn w:val="Predvolenpsmoodseku"/>
    <w:uiPriority w:val="31"/>
    <w:qFormat/>
    <w:rsid w:val="00FC693F"/>
    <w:rPr>
      <w:smallCaps/>
      <w:color w:val="C0504D" w:themeColor="accent2"/>
      <w:u w:val="single"/>
    </w:rPr>
  </w:style>
  <w:style w:type="character" w:styleId="Zvraznenodkaz">
    <w:name w:val="Intense Reference"/>
    <w:basedOn w:val="Predvolenpsmoodsek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ovknihy">
    <w:name w:val="Book Title"/>
    <w:basedOn w:val="Predvolenpsmoodseku"/>
    <w:uiPriority w:val="33"/>
    <w:qFormat/>
    <w:rsid w:val="00FC693F"/>
    <w:rPr>
      <w:b/>
      <w:b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FC693F"/>
    <w:pPr>
      <w:outlineLvl w:val="9"/>
    </w:pPr>
  </w:style>
  <w:style w:type="table" w:styleId="Mriekatabuky">
    <w:name w:val="Table Grid"/>
    <w:basedOn w:val="Normlnatabu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podfarbenie">
    <w:name w:val="Light Shading"/>
    <w:basedOn w:val="Normlnatabu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etlzoznam">
    <w:name w:val="Light List"/>
    <w:basedOn w:val="Normlnatabu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etlmrieka">
    <w:name w:val="Light Grid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rednpodfarbenie1">
    <w:name w:val="Medium Shading 1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zoznam1">
    <w:name w:val="Medium List 1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rednzoznam2">
    <w:name w:val="Medium List 2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mrieka1">
    <w:name w:val="Medium Grid 1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rednmrieka2">
    <w:name w:val="Medium Grid 2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zoznam">
    <w:name w:val="Dark List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zoznamzvraznenie2">
    <w:name w:val="Dark List Accent 2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zoznamzvraznenie3">
    <w:name w:val="Dark List Accent 3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zoznamzvraznenie4">
    <w:name w:val="Dark List Accent 4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zoznamzvraznenie5">
    <w:name w:val="Dark List Accent 5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zoznamzvraznenie6">
    <w:name w:val="Dark List Accent 6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ebnpodfarbenie">
    <w:name w:val="Colorful Shading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zoznam">
    <w:name w:val="Colorful List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ebnmrieka">
    <w:name w:val="Colorful Grid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textovprepojenie">
    <w:name w:val="Hyperlink"/>
    <w:basedOn w:val="Predvolenpsmoodseku"/>
    <w:uiPriority w:val="99"/>
    <w:unhideWhenUsed/>
    <w:rsid w:val="006826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uzvo.sk/sk/ochrana-osobnych-udajov" TargetMode="External"/><Relationship Id="rId13" Type="http://schemas.openxmlformats.org/officeDocument/2006/relationships/hyperlink" Target="https://www.tuzvo.sk/sk/ochrana-osobnych-udajov" TargetMode="External"/><Relationship Id="rId18" Type="http://schemas.openxmlformats.org/officeDocument/2006/relationships/hyperlink" Target="https://www.tuzvo.sk/sk/ochrana-osobnych-udajov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tuzvo.sk/sk/ochrana-osobnych-udajov" TargetMode="External"/><Relationship Id="rId12" Type="http://schemas.openxmlformats.org/officeDocument/2006/relationships/hyperlink" Target="https://www.tuzvo.sk/sk/ochrana-osobnych-udajov" TargetMode="External"/><Relationship Id="rId17" Type="http://schemas.openxmlformats.org/officeDocument/2006/relationships/hyperlink" Target="https://www.tuzvo.sk/sk/ochrana-osobnych-udajo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uzvo.sk/sk/ochrana-osobnych-udajov" TargetMode="External"/><Relationship Id="rId20" Type="http://schemas.openxmlformats.org/officeDocument/2006/relationships/hyperlink" Target="https://www.tuzvo.sk/sk/ochrana-osobnych-udajov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tuzvo.sk/sk/ochrana-osobnych-udajov" TargetMode="External"/><Relationship Id="rId11" Type="http://schemas.openxmlformats.org/officeDocument/2006/relationships/hyperlink" Target="https://www.tuzvo.sk/sk/ochrana-osobnych-udajov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uzvo.sk/sk/ochrana-osobnych-udajov" TargetMode="External"/><Relationship Id="rId10" Type="http://schemas.openxmlformats.org/officeDocument/2006/relationships/hyperlink" Target="https://www.tuzvo.sk/sk/ochrana-osobnych-udajov" TargetMode="External"/><Relationship Id="rId19" Type="http://schemas.openxmlformats.org/officeDocument/2006/relationships/hyperlink" Target="https://www.tuzvo.sk/sk/ochrana-osobnych-udajo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uzvo.sk/sk/ochrana-osobnych-udajov" TargetMode="External"/><Relationship Id="rId14" Type="http://schemas.openxmlformats.org/officeDocument/2006/relationships/hyperlink" Target="https://www.tuzvo.sk/sk/ochrana-osobnych-udajov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466</Words>
  <Characters>2662</Characters>
  <Application>Microsoft Office Word</Application>
  <DocSecurity>0</DocSecurity>
  <Lines>22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LightPDF</Company>
  <LinksUpToDate>false</LinksUpToDate>
  <CharactersWithSpaces>3122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20230830</dc:description>
  <cp:lastModifiedBy>Adrián Banski</cp:lastModifiedBy>
  <cp:revision>3</cp:revision>
  <cp:lastPrinted>2025-05-07T07:27:00Z</cp:lastPrinted>
  <dcterms:created xsi:type="dcterms:W3CDTF">2026-06-04T10:15:00Z</dcterms:created>
  <dcterms:modified xsi:type="dcterms:W3CDTF">2026-06-09T11:40:00Z</dcterms:modified>
  <cp:category/>
</cp:coreProperties>
</file>